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2EC8" w14:textId="77777777" w:rsidR="006600DA" w:rsidRDefault="003232C9">
      <w:pPr>
        <w:spacing w:after="0"/>
      </w:pPr>
      <w:r>
        <w:rPr>
          <w:b/>
          <w:sz w:val="26"/>
        </w:rPr>
        <w:t>MĚSTSKÝ ÚŘAD KAŠPERSKÉ HORY</w:t>
      </w:r>
      <w:r>
        <w:br/>
        <w:t>registrační úřad</w:t>
      </w:r>
    </w:p>
    <w:p w14:paraId="7B1C9A53" w14:textId="77777777" w:rsidR="006600DA" w:rsidRDefault="003232C9">
      <w:pPr>
        <w:pBdr>
          <w:bottom w:val="single" w:sz="5" w:space="5" w:color="777777"/>
        </w:pBdr>
        <w:spacing w:after="140"/>
      </w:pPr>
      <w:r>
        <w:rPr>
          <w:sz w:val="17"/>
        </w:rPr>
        <w:t>Náměstí 1, 341 92 Kašperské Hory  |  ID datové schránky: kwjbxui  |  podatelna@kasphory.cz</w:t>
      </w:r>
    </w:p>
    <w:p w14:paraId="1359631B" w14:textId="77777777" w:rsidR="006600DA" w:rsidRDefault="003232C9">
      <w:pPr>
        <w:pStyle w:val="Nzev"/>
      </w:pPr>
      <w:r>
        <w:t>OZNÁMENÍ O ZMĚNĚ POŘADÍ KANDIDÁTŮ</w:t>
      </w:r>
    </w:p>
    <w:p w14:paraId="673BCD83" w14:textId="77777777" w:rsidR="006600DA" w:rsidRDefault="003232C9">
      <w:pPr>
        <w:keepNext/>
        <w:spacing w:after="200"/>
      </w:pPr>
      <w:r>
        <w:rPr>
          <w:i/>
          <w:sz w:val="19"/>
        </w:rPr>
        <w:t>podání zmocněnce volební strany</w:t>
      </w:r>
    </w:p>
    <w:p w14:paraId="79CB74BC" w14:textId="6A76A292" w:rsidR="001C7C55" w:rsidRDefault="003232C9">
      <w:pPr>
        <w:pStyle w:val="Formlabel"/>
      </w:pPr>
      <w:proofErr w:type="spellStart"/>
      <w:r>
        <w:t>Název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 w:rsidR="001C7C55">
        <w:t xml:space="preserve">__________________________________________________________ </w:t>
      </w:r>
    </w:p>
    <w:p w14:paraId="52A1044F" w14:textId="77777777" w:rsidR="001C7C55" w:rsidRDefault="001C7C55" w:rsidP="001C7C55">
      <w:pPr>
        <w:pStyle w:val="Formlabel"/>
      </w:pPr>
    </w:p>
    <w:p w14:paraId="7A2F9E6F" w14:textId="20BCC7DC" w:rsidR="001C7C55" w:rsidRDefault="001C7C55" w:rsidP="001C7C55">
      <w:pPr>
        <w:pStyle w:val="Formlabel"/>
      </w:pPr>
      <w:proofErr w:type="spellStart"/>
      <w:r>
        <w:t>Název</w:t>
      </w:r>
      <w:proofErr w:type="spellEnd"/>
      <w:r>
        <w:t xml:space="preserve"> </w:t>
      </w:r>
      <w:proofErr w:type="spellStart"/>
      <w:r>
        <w:t>volební</w:t>
      </w:r>
      <w:proofErr w:type="spellEnd"/>
      <w:r>
        <w:t xml:space="preserve"> strany</w:t>
      </w:r>
      <w:r>
        <w:t>______________________________________________________________</w:t>
      </w:r>
    </w:p>
    <w:p w14:paraId="2DB938C7" w14:textId="77777777" w:rsidR="001C7C55" w:rsidRDefault="001C7C55">
      <w:pPr>
        <w:pStyle w:val="Formlabel"/>
      </w:pPr>
    </w:p>
    <w:p w14:paraId="2954F1F6" w14:textId="1E9D7FB0" w:rsidR="006600DA" w:rsidRDefault="003232C9">
      <w:pPr>
        <w:pStyle w:val="Formlabel"/>
      </w:pPr>
      <w:proofErr w:type="spellStart"/>
      <w:r>
        <w:t>Volební</w:t>
      </w:r>
      <w:proofErr w:type="spellEnd"/>
      <w:r>
        <w:t xml:space="preserve"> </w:t>
      </w:r>
      <w:proofErr w:type="spellStart"/>
      <w:r>
        <w:t>obvod</w:t>
      </w:r>
      <w:proofErr w:type="spellEnd"/>
      <w:r>
        <w:t xml:space="preserve">, </w:t>
      </w:r>
      <w:proofErr w:type="spellStart"/>
      <w:r>
        <w:t>byl</w:t>
      </w:r>
      <w:proofErr w:type="spellEnd"/>
      <w:r>
        <w:t xml:space="preserve">-li </w:t>
      </w:r>
      <w:proofErr w:type="spellStart"/>
      <w:r>
        <w:t>vytvořen</w:t>
      </w:r>
      <w:proofErr w:type="spellEnd"/>
      <w:r w:rsidR="001C7C55">
        <w:t>_______________________________________________________</w:t>
      </w:r>
    </w:p>
    <w:p w14:paraId="37A96E85" w14:textId="77777777" w:rsidR="001C7C55" w:rsidRDefault="001C7C55">
      <w:pPr>
        <w:pStyle w:val="Formlabel"/>
      </w:pPr>
    </w:p>
    <w:p w14:paraId="037F3622" w14:textId="2B7F199D" w:rsidR="006600DA" w:rsidRDefault="003232C9">
      <w:pPr>
        <w:pStyle w:val="Formlabel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zmocněnce</w:t>
      </w:r>
      <w:proofErr w:type="spellEnd"/>
      <w:r w:rsidR="001C7C55">
        <w:t>_______________________________________________________</w:t>
      </w:r>
    </w:p>
    <w:p w14:paraId="3B4C6E5E" w14:textId="77777777" w:rsidR="001C7C55" w:rsidRDefault="001C7C55">
      <w:pPr>
        <w:pStyle w:val="Formlabel"/>
      </w:pPr>
    </w:p>
    <w:p w14:paraId="07094CC3" w14:textId="63AB6D21" w:rsidR="006600DA" w:rsidRDefault="003232C9">
      <w:pPr>
        <w:pStyle w:val="Formlabel"/>
      </w:pPr>
      <w:proofErr w:type="spellStart"/>
      <w:r>
        <w:t>Místo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zmocněnce</w:t>
      </w:r>
      <w:proofErr w:type="spellEnd"/>
      <w:r w:rsidR="001C7C55">
        <w:t>___________________________________________________</w:t>
      </w:r>
    </w:p>
    <w:p w14:paraId="0AD28EC3" w14:textId="591746ED" w:rsidR="006600DA" w:rsidRDefault="006600DA">
      <w:pPr>
        <w:pBdr>
          <w:bottom w:val="single" w:sz="3" w:space="1" w:color="999999"/>
        </w:pBdr>
        <w:spacing w:after="100"/>
      </w:pPr>
    </w:p>
    <w:p w14:paraId="4ABB91FA" w14:textId="77777777" w:rsidR="006600DA" w:rsidRDefault="003232C9" w:rsidP="001C7C55">
      <w:pPr>
        <w:jc w:val="both"/>
      </w:pPr>
      <w:r>
        <w:t xml:space="preserve">Jako zmocněnec výše uvedené volební strany tímto podle § 22 odst. 2 zákona č. 491/2001 Sb. oznamuji změnu vzájemného pořadí kandidátů na kandidátní listině. Úplné nové pořadí </w:t>
      </w:r>
      <w:proofErr w:type="spellStart"/>
      <w:r>
        <w:t>kandidátů</w:t>
      </w:r>
      <w:proofErr w:type="spellEnd"/>
      <w:r>
        <w:t xml:space="preserve"> je </w:t>
      </w:r>
      <w:proofErr w:type="spellStart"/>
      <w:r>
        <w:t>uvedeno</w:t>
      </w:r>
      <w:proofErr w:type="spellEnd"/>
      <w:r>
        <w:t xml:space="preserve"> </w:t>
      </w:r>
      <w:proofErr w:type="spellStart"/>
      <w:r>
        <w:t>níže</w:t>
      </w:r>
      <w:proofErr w:type="spellEnd"/>
      <w:r>
        <w:t>.</w:t>
      </w:r>
    </w:p>
    <w:p w14:paraId="7E977025" w14:textId="77777777" w:rsidR="001C7C55" w:rsidRDefault="001C7C55" w:rsidP="001C7C55">
      <w:pPr>
        <w:jc w:val="both"/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4706"/>
        <w:gridCol w:w="1531"/>
        <w:gridCol w:w="2098"/>
      </w:tblGrid>
      <w:tr w:rsidR="006600DA" w14:paraId="0031B571" w14:textId="77777777">
        <w:trPr>
          <w:tblHeader/>
          <w:jc w:val="center"/>
        </w:trPr>
        <w:tc>
          <w:tcPr>
            <w:tcW w:w="964" w:type="dxa"/>
            <w:shd w:val="clear" w:color="auto" w:fill="E6E6E6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8DBF412" w14:textId="77777777" w:rsidR="006600DA" w:rsidRDefault="003232C9">
            <w:pPr>
              <w:jc w:val="center"/>
            </w:pPr>
            <w:r>
              <w:rPr>
                <w:b/>
                <w:sz w:val="18"/>
              </w:rPr>
              <w:t>Nové pořadí</w:t>
            </w:r>
          </w:p>
        </w:tc>
        <w:tc>
          <w:tcPr>
            <w:tcW w:w="4706" w:type="dxa"/>
            <w:shd w:val="clear" w:color="auto" w:fill="E6E6E6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92F1E9F" w14:textId="77777777" w:rsidR="006600DA" w:rsidRDefault="003232C9">
            <w:pPr>
              <w:jc w:val="center"/>
            </w:pPr>
            <w:r>
              <w:rPr>
                <w:b/>
                <w:sz w:val="18"/>
              </w:rPr>
              <w:t>Jméno a příjmení kandidáta</w:t>
            </w:r>
          </w:p>
        </w:tc>
        <w:tc>
          <w:tcPr>
            <w:tcW w:w="1531" w:type="dxa"/>
            <w:shd w:val="clear" w:color="auto" w:fill="E6E6E6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FB68990" w14:textId="77777777" w:rsidR="006600DA" w:rsidRDefault="003232C9">
            <w:pPr>
              <w:jc w:val="center"/>
            </w:pPr>
            <w:r>
              <w:rPr>
                <w:b/>
                <w:sz w:val="18"/>
              </w:rPr>
              <w:t>Dosavadní pořadí</w:t>
            </w:r>
          </w:p>
        </w:tc>
        <w:tc>
          <w:tcPr>
            <w:tcW w:w="2098" w:type="dxa"/>
            <w:shd w:val="clear" w:color="auto" w:fill="E6E6E6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8C81DF3" w14:textId="77777777" w:rsidR="006600DA" w:rsidRDefault="003232C9">
            <w:pPr>
              <w:jc w:val="center"/>
            </w:pPr>
            <w:r>
              <w:rPr>
                <w:b/>
                <w:sz w:val="18"/>
              </w:rPr>
              <w:t>Poznámka</w:t>
            </w:r>
          </w:p>
        </w:tc>
      </w:tr>
      <w:tr w:rsidR="006600DA" w14:paraId="6180D3D8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0A7271" w14:textId="77777777" w:rsidR="006600DA" w:rsidRDefault="003232C9">
            <w:pPr>
              <w:spacing w:after="0"/>
              <w:jc w:val="center"/>
            </w:pPr>
            <w:r>
              <w:t>1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D509FB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ECBB7B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E12CCF" w14:textId="77777777" w:rsidR="006600DA" w:rsidRDefault="006600DA">
            <w:pPr>
              <w:spacing w:after="0"/>
            </w:pPr>
          </w:p>
        </w:tc>
      </w:tr>
      <w:tr w:rsidR="006600DA" w14:paraId="06F4FE3F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4BECB9" w14:textId="77777777" w:rsidR="006600DA" w:rsidRDefault="003232C9">
            <w:pPr>
              <w:spacing w:after="0"/>
              <w:jc w:val="center"/>
            </w:pPr>
            <w:r>
              <w:t>2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C53439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713F55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976470" w14:textId="77777777" w:rsidR="006600DA" w:rsidRDefault="006600DA">
            <w:pPr>
              <w:spacing w:after="0"/>
            </w:pPr>
          </w:p>
        </w:tc>
      </w:tr>
      <w:tr w:rsidR="006600DA" w14:paraId="14E4C1DF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CA7D8A" w14:textId="77777777" w:rsidR="006600DA" w:rsidRDefault="003232C9">
            <w:pPr>
              <w:spacing w:after="0"/>
              <w:jc w:val="center"/>
            </w:pPr>
            <w:r>
              <w:t>3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3F225A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159D0E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36EB11" w14:textId="77777777" w:rsidR="006600DA" w:rsidRDefault="006600DA">
            <w:pPr>
              <w:spacing w:after="0"/>
            </w:pPr>
          </w:p>
        </w:tc>
      </w:tr>
      <w:tr w:rsidR="006600DA" w14:paraId="41C64FA4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EE418F" w14:textId="77777777" w:rsidR="006600DA" w:rsidRDefault="003232C9">
            <w:pPr>
              <w:spacing w:after="0"/>
              <w:jc w:val="center"/>
            </w:pPr>
            <w:r>
              <w:t>4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55D19C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570C2B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7A6D78" w14:textId="77777777" w:rsidR="006600DA" w:rsidRDefault="006600DA">
            <w:pPr>
              <w:spacing w:after="0"/>
            </w:pPr>
          </w:p>
        </w:tc>
      </w:tr>
      <w:tr w:rsidR="006600DA" w14:paraId="529CB150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EA0D88" w14:textId="77777777" w:rsidR="006600DA" w:rsidRDefault="003232C9">
            <w:pPr>
              <w:spacing w:after="0"/>
              <w:jc w:val="center"/>
            </w:pPr>
            <w:r>
              <w:t>5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161B23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1BC397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2B4255" w14:textId="77777777" w:rsidR="006600DA" w:rsidRDefault="006600DA">
            <w:pPr>
              <w:spacing w:after="0"/>
            </w:pPr>
          </w:p>
        </w:tc>
      </w:tr>
      <w:tr w:rsidR="006600DA" w14:paraId="7AAA6E63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4B1C68" w14:textId="77777777" w:rsidR="006600DA" w:rsidRDefault="003232C9">
            <w:pPr>
              <w:spacing w:after="0"/>
              <w:jc w:val="center"/>
            </w:pPr>
            <w:r>
              <w:t>6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8DB386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2CEB2E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4712D7" w14:textId="77777777" w:rsidR="006600DA" w:rsidRDefault="006600DA">
            <w:pPr>
              <w:spacing w:after="0"/>
            </w:pPr>
          </w:p>
        </w:tc>
      </w:tr>
      <w:tr w:rsidR="006600DA" w14:paraId="2A502F3A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59B337" w14:textId="77777777" w:rsidR="006600DA" w:rsidRDefault="003232C9">
            <w:pPr>
              <w:spacing w:after="0"/>
              <w:jc w:val="center"/>
            </w:pPr>
            <w:r>
              <w:t>7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3D2A82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949BDD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2C3092" w14:textId="77777777" w:rsidR="006600DA" w:rsidRDefault="006600DA">
            <w:pPr>
              <w:spacing w:after="0"/>
            </w:pPr>
          </w:p>
        </w:tc>
      </w:tr>
      <w:tr w:rsidR="006600DA" w14:paraId="162A0BF5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3083E8" w14:textId="77777777" w:rsidR="006600DA" w:rsidRDefault="003232C9">
            <w:pPr>
              <w:spacing w:after="0"/>
              <w:jc w:val="center"/>
            </w:pPr>
            <w:r>
              <w:t>8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415232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FB05C1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18A2CA" w14:textId="77777777" w:rsidR="006600DA" w:rsidRDefault="006600DA">
            <w:pPr>
              <w:spacing w:after="0"/>
            </w:pPr>
          </w:p>
        </w:tc>
      </w:tr>
      <w:tr w:rsidR="006600DA" w14:paraId="46DEA120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19710C" w14:textId="77777777" w:rsidR="006600DA" w:rsidRDefault="003232C9">
            <w:pPr>
              <w:spacing w:after="0"/>
              <w:jc w:val="center"/>
            </w:pPr>
            <w:r>
              <w:t>9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12B84A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34F467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9107A2" w14:textId="77777777" w:rsidR="006600DA" w:rsidRDefault="006600DA">
            <w:pPr>
              <w:spacing w:after="0"/>
            </w:pPr>
          </w:p>
        </w:tc>
      </w:tr>
      <w:tr w:rsidR="006600DA" w14:paraId="42920A0F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D82935" w14:textId="77777777" w:rsidR="006600DA" w:rsidRDefault="003232C9">
            <w:pPr>
              <w:spacing w:after="0"/>
              <w:jc w:val="center"/>
            </w:pPr>
            <w:r>
              <w:t>10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B1B544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83B178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3C122C" w14:textId="77777777" w:rsidR="006600DA" w:rsidRDefault="006600DA">
            <w:pPr>
              <w:spacing w:after="0"/>
            </w:pPr>
          </w:p>
        </w:tc>
      </w:tr>
      <w:tr w:rsidR="006600DA" w14:paraId="1A071D76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98C6C0" w14:textId="77777777" w:rsidR="006600DA" w:rsidRDefault="003232C9">
            <w:pPr>
              <w:spacing w:after="0"/>
              <w:jc w:val="center"/>
            </w:pPr>
            <w:r>
              <w:t>11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0DA3C5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508553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1782F0" w14:textId="77777777" w:rsidR="006600DA" w:rsidRDefault="006600DA">
            <w:pPr>
              <w:spacing w:after="0"/>
            </w:pPr>
          </w:p>
        </w:tc>
      </w:tr>
      <w:tr w:rsidR="006600DA" w14:paraId="7A00998B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01FD67" w14:textId="77777777" w:rsidR="006600DA" w:rsidRDefault="003232C9">
            <w:pPr>
              <w:spacing w:after="0"/>
              <w:jc w:val="center"/>
            </w:pPr>
            <w:r>
              <w:t>12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632179" w14:textId="77777777" w:rsidR="006600DA" w:rsidRDefault="006600DA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07FC9D" w14:textId="77777777" w:rsidR="006600DA" w:rsidRDefault="006600DA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731530" w14:textId="77777777" w:rsidR="006600DA" w:rsidRDefault="006600DA">
            <w:pPr>
              <w:spacing w:after="0"/>
            </w:pPr>
          </w:p>
        </w:tc>
      </w:tr>
      <w:tr w:rsidR="001C7C55" w14:paraId="05071B1D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6FFF3F" w14:textId="4DCEFC2B" w:rsidR="001C7C55" w:rsidRDefault="001C7C55">
            <w:pPr>
              <w:spacing w:after="0"/>
              <w:jc w:val="center"/>
            </w:pPr>
            <w:r>
              <w:t>13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9FC26B" w14:textId="77777777" w:rsidR="001C7C55" w:rsidRDefault="001C7C55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F254FD" w14:textId="77777777" w:rsidR="001C7C55" w:rsidRDefault="001C7C55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B3711C" w14:textId="77777777" w:rsidR="001C7C55" w:rsidRDefault="001C7C55">
            <w:pPr>
              <w:spacing w:after="0"/>
            </w:pPr>
          </w:p>
        </w:tc>
      </w:tr>
      <w:tr w:rsidR="001C7C55" w14:paraId="15496DCA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FC6C60" w14:textId="39AA5D5A" w:rsidR="001C7C55" w:rsidRDefault="001C7C55">
            <w:pPr>
              <w:spacing w:after="0"/>
              <w:jc w:val="center"/>
            </w:pPr>
            <w:r>
              <w:t>14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D68C32" w14:textId="77777777" w:rsidR="001C7C55" w:rsidRDefault="001C7C55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CD349B" w14:textId="77777777" w:rsidR="001C7C55" w:rsidRDefault="001C7C55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67DAFF" w14:textId="77777777" w:rsidR="001C7C55" w:rsidRDefault="001C7C55">
            <w:pPr>
              <w:spacing w:after="0"/>
            </w:pPr>
          </w:p>
        </w:tc>
      </w:tr>
      <w:tr w:rsidR="001C7C55" w14:paraId="5A232CC4" w14:textId="77777777">
        <w:trPr>
          <w:cantSplit/>
          <w:jc w:val="center"/>
        </w:trPr>
        <w:tc>
          <w:tcPr>
            <w:tcW w:w="96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8486AA" w14:textId="49F73E11" w:rsidR="001C7C55" w:rsidRDefault="001C7C55">
            <w:pPr>
              <w:spacing w:after="0"/>
              <w:jc w:val="center"/>
            </w:pPr>
            <w:r>
              <w:t>15</w:t>
            </w:r>
          </w:p>
        </w:tc>
        <w:tc>
          <w:tcPr>
            <w:tcW w:w="470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2EF635" w14:textId="77777777" w:rsidR="001C7C55" w:rsidRDefault="001C7C55">
            <w:pPr>
              <w:spacing w:after="0"/>
            </w:pPr>
          </w:p>
        </w:tc>
        <w:tc>
          <w:tcPr>
            <w:tcW w:w="153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A82FE9" w14:textId="77777777" w:rsidR="001C7C55" w:rsidRDefault="001C7C55">
            <w:pPr>
              <w:spacing w:after="0"/>
              <w:jc w:val="center"/>
            </w:pPr>
          </w:p>
        </w:tc>
        <w:tc>
          <w:tcPr>
            <w:tcW w:w="209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42E3A0" w14:textId="77777777" w:rsidR="001C7C55" w:rsidRDefault="001C7C55">
            <w:pPr>
              <w:spacing w:after="0"/>
            </w:pPr>
          </w:p>
        </w:tc>
      </w:tr>
    </w:tbl>
    <w:p w14:paraId="040F51CD" w14:textId="77777777" w:rsidR="006600DA" w:rsidRDefault="003232C9">
      <w:r>
        <w:br w:type="page"/>
      </w:r>
    </w:p>
    <w:p w14:paraId="01AA9AF4" w14:textId="77777777" w:rsidR="006600DA" w:rsidRDefault="003232C9">
      <w:pPr>
        <w:pStyle w:val="Nadpis1"/>
      </w:pPr>
      <w:proofErr w:type="spellStart"/>
      <w:r>
        <w:lastRenderedPageBreak/>
        <w:t>Prohlášení</w:t>
      </w:r>
      <w:proofErr w:type="spellEnd"/>
      <w:r>
        <w:t xml:space="preserve"> </w:t>
      </w:r>
      <w:proofErr w:type="spellStart"/>
      <w:r>
        <w:t>zmocněnce</w:t>
      </w:r>
      <w:proofErr w:type="spellEnd"/>
    </w:p>
    <w:p w14:paraId="09072E7A" w14:textId="77777777" w:rsidR="006600DA" w:rsidRDefault="003232C9">
      <w:pPr>
        <w:spacing w:after="40"/>
      </w:pPr>
      <w:r>
        <w:t>☐</w:t>
      </w:r>
      <w:r>
        <w:t xml:space="preserve"> Uvedený přehled obsahuje úplné a konečné pořadí všech kandidátů volební strany.</w:t>
      </w:r>
    </w:p>
    <w:p w14:paraId="738EBBC3" w14:textId="77777777" w:rsidR="006600DA" w:rsidRDefault="003232C9">
      <w:pPr>
        <w:spacing w:after="40"/>
      </w:pPr>
      <w:r>
        <w:t>☐</w:t>
      </w:r>
      <w:r>
        <w:t xml:space="preserve"> Ostatní údaje na kandidátní listině zůstávají beze změny.</w:t>
      </w:r>
    </w:p>
    <w:p w14:paraId="45C61693" w14:textId="77777777" w:rsidR="006600DA" w:rsidRDefault="003232C9">
      <w:pPr>
        <w:spacing w:after="40"/>
      </w:pPr>
      <w:r>
        <w:t>☐</w:t>
      </w:r>
      <w:r>
        <w:t xml:space="preserve"> Toto oznámení nahrazuje dřívější oznámení změny pořadí ze dne [datum].</w:t>
      </w:r>
    </w:p>
    <w:p w14:paraId="5B5CE1F0" w14:textId="77777777" w:rsidR="006600DA" w:rsidRDefault="003232C9">
      <w:pPr>
        <w:spacing w:after="40"/>
      </w:pPr>
      <w:r>
        <w:t>☐</w:t>
      </w:r>
      <w:r>
        <w:t xml:space="preserve"> K oznámení je přiloženo úplné znění kandidátní listiny po změně.</w:t>
      </w:r>
    </w:p>
    <w:p w14:paraId="15549A8B" w14:textId="21E2435A" w:rsidR="006600DA" w:rsidRDefault="001C7C55">
      <w:pPr>
        <w:spacing w:before="180"/>
      </w:pPr>
      <w:r>
        <w:t>V ………………………</w:t>
      </w:r>
      <w:r w:rsidR="003232C9">
        <w:t xml:space="preserve"> </w:t>
      </w:r>
      <w:proofErr w:type="spellStart"/>
      <w:r w:rsidR="003232C9">
        <w:t>dne</w:t>
      </w:r>
      <w:proofErr w:type="spellEnd"/>
      <w:r w:rsidR="003232C9">
        <w:t xml:space="preserve"> </w:t>
      </w:r>
      <w:r>
        <w:t>……………………</w:t>
      </w:r>
      <w:proofErr w:type="gramStart"/>
      <w:r>
        <w:t>…..</w:t>
      </w:r>
      <w:proofErr w:type="gramEnd"/>
    </w:p>
    <w:p w14:paraId="65F07BCC" w14:textId="77777777" w:rsidR="001C7C55" w:rsidRDefault="001C7C55">
      <w:pPr>
        <w:spacing w:before="180"/>
      </w:pPr>
    </w:p>
    <w:p w14:paraId="4A9A52D9" w14:textId="77777777" w:rsidR="001C7C55" w:rsidRDefault="001C7C55">
      <w:pPr>
        <w:spacing w:before="180"/>
      </w:pPr>
    </w:p>
    <w:p w14:paraId="69B97E9D" w14:textId="77777777" w:rsidR="006600DA" w:rsidRDefault="003232C9">
      <w:pPr>
        <w:spacing w:before="440" w:after="0"/>
      </w:pPr>
      <w:r>
        <w:rPr>
          <w:b/>
        </w:rPr>
        <w:t>[jméno a příjmení zmocněnce]</w:t>
      </w:r>
    </w:p>
    <w:p w14:paraId="0C3B4F1D" w14:textId="77777777" w:rsidR="006600DA" w:rsidRDefault="003232C9">
      <w:proofErr w:type="spellStart"/>
      <w:r>
        <w:t>podpis</w:t>
      </w:r>
      <w:proofErr w:type="spellEnd"/>
      <w:r>
        <w:t xml:space="preserve"> </w:t>
      </w:r>
      <w:proofErr w:type="spellStart"/>
      <w:r>
        <w:t>zmocněnce</w:t>
      </w:r>
      <w:proofErr w:type="spellEnd"/>
    </w:p>
    <w:p w14:paraId="65B1C702" w14:textId="77777777" w:rsidR="001C7C55" w:rsidRDefault="001C7C55"/>
    <w:p w14:paraId="7E1E8340" w14:textId="77777777" w:rsidR="001C7C55" w:rsidRDefault="001C7C55"/>
    <w:p w14:paraId="007184B0" w14:textId="77777777" w:rsidR="001C7C55" w:rsidRDefault="003232C9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  <w:rPr>
          <w:b/>
          <w:sz w:val="19"/>
        </w:rPr>
      </w:pPr>
      <w:proofErr w:type="spellStart"/>
      <w:r>
        <w:rPr>
          <w:b/>
          <w:sz w:val="19"/>
        </w:rPr>
        <w:t>Úřední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záznam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registračního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úřadu</w:t>
      </w:r>
      <w:proofErr w:type="spellEnd"/>
    </w:p>
    <w:p w14:paraId="77F8CC36" w14:textId="1A8D2AD1" w:rsidR="001C7C55" w:rsidRDefault="003232C9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  <w:rPr>
          <w:sz w:val="18"/>
        </w:rPr>
      </w:pPr>
      <w:r>
        <w:rPr>
          <w:b/>
          <w:sz w:val="19"/>
        </w:rPr>
        <w:br/>
      </w:r>
      <w:proofErr w:type="spellStart"/>
      <w:r>
        <w:rPr>
          <w:sz w:val="18"/>
        </w:rPr>
        <w:t>Doručeno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dne</w:t>
      </w:r>
      <w:proofErr w:type="spellEnd"/>
      <w:r>
        <w:rPr>
          <w:sz w:val="18"/>
        </w:rPr>
        <w:t xml:space="preserve"> </w:t>
      </w:r>
      <w:r w:rsidR="001C7C55">
        <w:rPr>
          <w:sz w:val="18"/>
        </w:rPr>
        <w:t>………………</w:t>
      </w:r>
      <w:proofErr w:type="gramStart"/>
      <w:r w:rsidR="001C7C55">
        <w:rPr>
          <w:sz w:val="18"/>
        </w:rPr>
        <w:t>…..</w:t>
      </w:r>
      <w:proofErr w:type="gramEnd"/>
      <w:r>
        <w:rPr>
          <w:sz w:val="18"/>
        </w:rPr>
        <w:t xml:space="preserve"> v </w:t>
      </w:r>
      <w:r w:rsidR="001C7C55">
        <w:rPr>
          <w:sz w:val="18"/>
        </w:rPr>
        <w:t>……………….</w:t>
      </w:r>
      <w:r>
        <w:rPr>
          <w:sz w:val="18"/>
        </w:rPr>
        <w:t xml:space="preserve"> </w:t>
      </w:r>
      <w:proofErr w:type="spellStart"/>
      <w:r>
        <w:rPr>
          <w:sz w:val="18"/>
        </w:rPr>
        <w:t>hodin</w:t>
      </w:r>
      <w:proofErr w:type="spellEnd"/>
      <w:r>
        <w:rPr>
          <w:sz w:val="18"/>
        </w:rPr>
        <w:t xml:space="preserve">. </w:t>
      </w:r>
    </w:p>
    <w:p w14:paraId="698715BD" w14:textId="77777777" w:rsidR="001C7C55" w:rsidRDefault="001C7C55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  <w:rPr>
          <w:sz w:val="18"/>
        </w:rPr>
      </w:pPr>
    </w:p>
    <w:p w14:paraId="2553F225" w14:textId="68B3002E" w:rsidR="001C7C55" w:rsidRDefault="003232C9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  <w:rPr>
          <w:sz w:val="18"/>
        </w:rPr>
      </w:pPr>
      <w:proofErr w:type="spellStart"/>
      <w:r>
        <w:rPr>
          <w:sz w:val="18"/>
        </w:rPr>
        <w:t>Způsob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doručení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osobně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datovou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schránkou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poštou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jinak</w:t>
      </w:r>
      <w:proofErr w:type="spellEnd"/>
      <w:r>
        <w:rPr>
          <w:sz w:val="18"/>
        </w:rPr>
        <w:t xml:space="preserve"> </w:t>
      </w:r>
    </w:p>
    <w:p w14:paraId="58BE4B95" w14:textId="77777777" w:rsidR="001C7C55" w:rsidRDefault="001C7C55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  <w:rPr>
          <w:sz w:val="18"/>
        </w:rPr>
      </w:pPr>
    </w:p>
    <w:p w14:paraId="3ED5AD50" w14:textId="77777777" w:rsidR="001C7C55" w:rsidRDefault="003232C9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  <w:rPr>
          <w:sz w:val="18"/>
        </w:rPr>
      </w:pPr>
      <w:proofErr w:type="spellStart"/>
      <w:r>
        <w:rPr>
          <w:sz w:val="18"/>
        </w:rPr>
        <w:t>Převzal</w:t>
      </w:r>
      <w:proofErr w:type="spellEnd"/>
      <w:r>
        <w:rPr>
          <w:sz w:val="18"/>
        </w:rPr>
        <w:t xml:space="preserve">(a): </w:t>
      </w:r>
    </w:p>
    <w:p w14:paraId="5A56CB99" w14:textId="18B01E2A" w:rsidR="006600DA" w:rsidRDefault="003232C9">
      <w:pPr>
        <w:pBdr>
          <w:top w:val="single" w:sz="2" w:space="4" w:color="F2F2F2"/>
          <w:left w:val="single" w:sz="2" w:space="4" w:color="F2F2F2"/>
          <w:bottom w:val="single" w:sz="2" w:space="4" w:color="F2F2F2"/>
          <w:right w:val="single" w:sz="2" w:space="4" w:color="F2F2F2"/>
        </w:pBdr>
        <w:shd w:val="clear" w:color="auto" w:fill="F2F2F2"/>
        <w:spacing w:before="80" w:after="100" w:line="252" w:lineRule="auto"/>
        <w:ind w:left="85" w:right="85"/>
      </w:pPr>
      <w:proofErr w:type="spellStart"/>
      <w:r>
        <w:rPr>
          <w:sz w:val="18"/>
        </w:rPr>
        <w:t>jméno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podpis</w:t>
      </w:r>
      <w:proofErr w:type="spellEnd"/>
    </w:p>
    <w:sectPr w:rsidR="006600DA" w:rsidSect="00034616">
      <w:footerReference w:type="default" r:id="rId8"/>
      <w:pgSz w:w="11906" w:h="16838"/>
      <w:pgMar w:top="1020" w:right="1191" w:bottom="1020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81DE" w14:textId="77777777" w:rsidR="003232C9" w:rsidRDefault="003232C9">
      <w:pPr>
        <w:spacing w:after="0" w:line="240" w:lineRule="auto"/>
      </w:pPr>
      <w:r>
        <w:separator/>
      </w:r>
    </w:p>
  </w:endnote>
  <w:endnote w:type="continuationSeparator" w:id="0">
    <w:p w14:paraId="366021B3" w14:textId="77777777" w:rsidR="003232C9" w:rsidRDefault="0032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E51A" w14:textId="77777777" w:rsidR="006600DA" w:rsidRDefault="003232C9">
    <w:pPr>
      <w:pStyle w:val="Zpat"/>
    </w:pPr>
    <w:proofErr w:type="spellStart"/>
    <w:r>
      <w:rPr>
        <w:color w:val="5A5A5A"/>
        <w:sz w:val="15"/>
      </w:rPr>
      <w:t>Podání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musí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být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doručeno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nejpozději</w:t>
    </w:r>
    <w:proofErr w:type="spellEnd"/>
    <w:r>
      <w:rPr>
        <w:color w:val="5A5A5A"/>
        <w:sz w:val="15"/>
      </w:rPr>
      <w:t xml:space="preserve"> 10. </w:t>
    </w:r>
    <w:proofErr w:type="spellStart"/>
    <w:r>
      <w:rPr>
        <w:color w:val="5A5A5A"/>
        <w:sz w:val="15"/>
      </w:rPr>
      <w:t>srpna</w:t>
    </w:r>
    <w:proofErr w:type="spellEnd"/>
    <w:r>
      <w:rPr>
        <w:color w:val="5A5A5A"/>
        <w:sz w:val="15"/>
      </w:rPr>
      <w:t xml:space="preserve"> 2026 do 16:00. </w:t>
    </w:r>
    <w:proofErr w:type="spellStart"/>
    <w:r>
      <w:rPr>
        <w:color w:val="5A5A5A"/>
        <w:sz w:val="15"/>
      </w:rPr>
      <w:t>Právní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východisko</w:t>
    </w:r>
    <w:proofErr w:type="spellEnd"/>
    <w:r>
      <w:rPr>
        <w:color w:val="5A5A5A"/>
        <w:sz w:val="15"/>
      </w:rPr>
      <w:t xml:space="preserve">: § 22 </w:t>
    </w:r>
    <w:proofErr w:type="spellStart"/>
    <w:r>
      <w:rPr>
        <w:color w:val="5A5A5A"/>
        <w:sz w:val="15"/>
      </w:rPr>
      <w:t>odst</w:t>
    </w:r>
    <w:proofErr w:type="spellEnd"/>
    <w:r>
      <w:rPr>
        <w:color w:val="5A5A5A"/>
        <w:sz w:val="15"/>
      </w:rPr>
      <w:t xml:space="preserve">. 2 </w:t>
    </w:r>
    <w:proofErr w:type="spellStart"/>
    <w:r>
      <w:rPr>
        <w:color w:val="5A5A5A"/>
        <w:sz w:val="15"/>
      </w:rPr>
      <w:t>zákona</w:t>
    </w:r>
    <w:proofErr w:type="spellEnd"/>
    <w:r>
      <w:rPr>
        <w:color w:val="5A5A5A"/>
        <w:sz w:val="15"/>
      </w:rPr>
      <w:t xml:space="preserve"> č. 491/2001 Sb., o </w:t>
    </w:r>
    <w:proofErr w:type="spellStart"/>
    <w:r>
      <w:rPr>
        <w:color w:val="5A5A5A"/>
        <w:sz w:val="15"/>
      </w:rPr>
      <w:t>volbách</w:t>
    </w:r>
    <w:proofErr w:type="spellEnd"/>
    <w:r>
      <w:rPr>
        <w:color w:val="5A5A5A"/>
        <w:sz w:val="15"/>
      </w:rPr>
      <w:t xml:space="preserve"> do </w:t>
    </w:r>
    <w:proofErr w:type="spellStart"/>
    <w:r>
      <w:rPr>
        <w:color w:val="5A5A5A"/>
        <w:sz w:val="15"/>
      </w:rPr>
      <w:t>zastupitelstev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obcí</w:t>
    </w:r>
    <w:proofErr w:type="spellEnd"/>
    <w:r>
      <w:rPr>
        <w:color w:val="5A5A5A"/>
        <w:sz w:val="15"/>
      </w:rPr>
      <w:t xml:space="preserve"> a o </w:t>
    </w:r>
    <w:proofErr w:type="spellStart"/>
    <w:r>
      <w:rPr>
        <w:color w:val="5A5A5A"/>
        <w:sz w:val="15"/>
      </w:rPr>
      <w:t>změně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některých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zákonů</w:t>
    </w:r>
    <w:proofErr w:type="spellEnd"/>
    <w:r>
      <w:rPr>
        <w:color w:val="5A5A5A"/>
        <w:sz w:val="15"/>
      </w:rPr>
      <w:t xml:space="preserve">, </w:t>
    </w:r>
    <w:proofErr w:type="spellStart"/>
    <w:r>
      <w:rPr>
        <w:color w:val="5A5A5A"/>
        <w:sz w:val="15"/>
      </w:rPr>
      <w:t>ve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znění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účinném</w:t>
    </w:r>
    <w:proofErr w:type="spellEnd"/>
    <w:r>
      <w:rPr>
        <w:color w:val="5A5A5A"/>
        <w:sz w:val="15"/>
      </w:rPr>
      <w:t xml:space="preserve"> do 31. 12. 2025, </w:t>
    </w:r>
    <w:proofErr w:type="spellStart"/>
    <w:r>
      <w:rPr>
        <w:color w:val="5A5A5A"/>
        <w:sz w:val="15"/>
      </w:rPr>
      <w:t>ve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spojení</w:t>
    </w:r>
    <w:proofErr w:type="spellEnd"/>
    <w:r>
      <w:rPr>
        <w:color w:val="5A5A5A"/>
        <w:sz w:val="15"/>
      </w:rPr>
      <w:t xml:space="preserve"> s § 84 </w:t>
    </w:r>
    <w:proofErr w:type="spellStart"/>
    <w:r>
      <w:rPr>
        <w:color w:val="5A5A5A"/>
        <w:sz w:val="15"/>
      </w:rPr>
      <w:t>odst</w:t>
    </w:r>
    <w:proofErr w:type="spellEnd"/>
    <w:r>
      <w:rPr>
        <w:color w:val="5A5A5A"/>
        <w:sz w:val="15"/>
      </w:rPr>
      <w:t xml:space="preserve">. 6 </w:t>
    </w:r>
    <w:proofErr w:type="spellStart"/>
    <w:r>
      <w:rPr>
        <w:color w:val="5A5A5A"/>
        <w:sz w:val="15"/>
      </w:rPr>
      <w:t>zákona</w:t>
    </w:r>
    <w:proofErr w:type="spellEnd"/>
    <w:r>
      <w:rPr>
        <w:color w:val="5A5A5A"/>
        <w:sz w:val="15"/>
      </w:rPr>
      <w:t xml:space="preserve"> č. 88/2024 Sb., o </w:t>
    </w:r>
    <w:proofErr w:type="spellStart"/>
    <w:r>
      <w:rPr>
        <w:color w:val="5A5A5A"/>
        <w:sz w:val="15"/>
      </w:rPr>
      <w:t>správě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voleb</w:t>
    </w:r>
    <w:proofErr w:type="spellEnd"/>
    <w:r>
      <w:rPr>
        <w:color w:val="5A5A5A"/>
        <w:sz w:val="15"/>
      </w:rPr>
      <w:t xml:space="preserve">, </w:t>
    </w:r>
    <w:proofErr w:type="spellStart"/>
    <w:r>
      <w:rPr>
        <w:color w:val="5A5A5A"/>
        <w:sz w:val="15"/>
      </w:rPr>
      <w:t>ve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znění</w:t>
    </w:r>
    <w:proofErr w:type="spellEnd"/>
    <w:r>
      <w:rPr>
        <w:color w:val="5A5A5A"/>
        <w:sz w:val="15"/>
      </w:rPr>
      <w:t xml:space="preserve"> </w:t>
    </w:r>
    <w:proofErr w:type="spellStart"/>
    <w:r>
      <w:rPr>
        <w:color w:val="5A5A5A"/>
        <w:sz w:val="15"/>
      </w:rPr>
      <w:t>zákona</w:t>
    </w:r>
    <w:proofErr w:type="spellEnd"/>
    <w:r>
      <w:rPr>
        <w:color w:val="5A5A5A"/>
        <w:sz w:val="15"/>
      </w:rPr>
      <w:t xml:space="preserve"> č. 108/2026 Sb.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E9C3" w14:textId="77777777" w:rsidR="003232C9" w:rsidRDefault="003232C9">
      <w:pPr>
        <w:spacing w:after="0" w:line="240" w:lineRule="auto"/>
      </w:pPr>
      <w:r>
        <w:separator/>
      </w:r>
    </w:p>
  </w:footnote>
  <w:footnote w:type="continuationSeparator" w:id="0">
    <w:p w14:paraId="5A93C766" w14:textId="77777777" w:rsidR="003232C9" w:rsidRDefault="00323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1572800">
    <w:abstractNumId w:val="8"/>
  </w:num>
  <w:num w:numId="2" w16cid:durableId="437526365">
    <w:abstractNumId w:val="6"/>
  </w:num>
  <w:num w:numId="3" w16cid:durableId="2121102393">
    <w:abstractNumId w:val="5"/>
  </w:num>
  <w:num w:numId="4" w16cid:durableId="1423260752">
    <w:abstractNumId w:val="4"/>
  </w:num>
  <w:num w:numId="5" w16cid:durableId="1683504821">
    <w:abstractNumId w:val="7"/>
  </w:num>
  <w:num w:numId="6" w16cid:durableId="1105685735">
    <w:abstractNumId w:val="3"/>
  </w:num>
  <w:num w:numId="7" w16cid:durableId="236525402">
    <w:abstractNumId w:val="2"/>
  </w:num>
  <w:num w:numId="8" w16cid:durableId="1965425668">
    <w:abstractNumId w:val="1"/>
  </w:num>
  <w:num w:numId="9" w16cid:durableId="136212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7C55"/>
    <w:rsid w:val="0029639D"/>
    <w:rsid w:val="003232C9"/>
    <w:rsid w:val="00326F90"/>
    <w:rsid w:val="006600DA"/>
    <w:rsid w:val="00AA1D8D"/>
    <w:rsid w:val="00B47730"/>
    <w:rsid w:val="00CB0664"/>
    <w:rsid w:val="00DA58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28B9F"/>
  <w14:defaultImageDpi w14:val="300"/>
  <w15:docId w15:val="{F14E65E1-3360-4A2E-BD7D-6BC1A6E5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59" w:lineRule="auto"/>
    </w:pPr>
    <w:rPr>
      <w:rFonts w:ascii="Liberation Sans" w:eastAsia="Liberation Sans" w:hAnsi="Liberation San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000000"/>
      <w:sz w:val="23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keepNext/>
      <w:spacing w:after="24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spacing w:before="80" w:after="20"/>
    </w:pPr>
    <w:rPr>
      <w:rFonts w:ascii="Liberation Sans" w:eastAsia="Liberation Sans" w:hAnsi="Liberation Sans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změně pořadí kandidátů</dc:title>
  <dc:subject>Volby do zastupitelstev obcí 2026 – změna pořadí kandidátů</dc:subject>
  <dc:creator>Městský úřad Kašperské Hory</dc:creator>
  <cp:keywords>volby, kandidátní listina, změna pořadí, registrační úřad</cp:keywords>
  <dc:description>generated by python-docx</dc:description>
  <cp:lastModifiedBy>Andrea Staňková</cp:lastModifiedBy>
  <cp:revision>2</cp:revision>
  <dcterms:created xsi:type="dcterms:W3CDTF">2026-08-05T06:01:00Z</dcterms:created>
  <dcterms:modified xsi:type="dcterms:W3CDTF">2026-08-05T06:01:00Z</dcterms:modified>
  <cp:category/>
</cp:coreProperties>
</file>