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F8EB0" w14:textId="77777777" w:rsidR="00125EED" w:rsidRPr="008129B5" w:rsidRDefault="005728EF" w:rsidP="008129B5">
      <w:pPr>
        <w:rPr>
          <w:b/>
          <w:bCs/>
        </w:rPr>
      </w:pPr>
      <w:r w:rsidRPr="008129B5">
        <w:rPr>
          <w:b/>
          <w:bCs/>
        </w:rPr>
        <w:t>MĚSTSKÝ ÚŘAD KAŠPERSKÉ HORY</w:t>
      </w:r>
      <w:r w:rsidRPr="008129B5">
        <w:rPr>
          <w:b/>
          <w:bCs/>
        </w:rPr>
        <w:br/>
      </w:r>
      <w:r w:rsidRPr="008129B5">
        <w:rPr>
          <w:b/>
          <w:bCs/>
          <w:sz w:val="19"/>
        </w:rPr>
        <w:t>registrační úřad</w:t>
      </w:r>
    </w:p>
    <w:p w14:paraId="21E1DB78" w14:textId="77777777" w:rsidR="00125EED" w:rsidRPr="008129B5" w:rsidRDefault="005728EF" w:rsidP="008129B5">
      <w:pPr>
        <w:rPr>
          <w:b/>
          <w:bCs/>
        </w:rPr>
      </w:pPr>
      <w:r w:rsidRPr="008129B5">
        <w:rPr>
          <w:b/>
          <w:bCs/>
          <w:color w:val="555555"/>
          <w:sz w:val="16"/>
        </w:rPr>
        <w:t xml:space="preserve">Náměstí 1, 341 92 Kašperské </w:t>
      </w:r>
      <w:proofErr w:type="gramStart"/>
      <w:r w:rsidRPr="008129B5">
        <w:rPr>
          <w:b/>
          <w:bCs/>
          <w:color w:val="555555"/>
          <w:sz w:val="16"/>
        </w:rPr>
        <w:t>Hory  |</w:t>
      </w:r>
      <w:proofErr w:type="gramEnd"/>
      <w:r w:rsidRPr="008129B5">
        <w:rPr>
          <w:b/>
          <w:bCs/>
          <w:color w:val="555555"/>
          <w:sz w:val="16"/>
        </w:rPr>
        <w:t xml:space="preserve">  ID datové schránky: </w:t>
      </w:r>
      <w:proofErr w:type="gramStart"/>
      <w:r w:rsidRPr="008129B5">
        <w:rPr>
          <w:b/>
          <w:bCs/>
          <w:color w:val="555555"/>
          <w:sz w:val="16"/>
        </w:rPr>
        <w:t>kwjbxui  |</w:t>
      </w:r>
      <w:proofErr w:type="gramEnd"/>
      <w:r w:rsidRPr="008129B5">
        <w:rPr>
          <w:b/>
          <w:bCs/>
          <w:color w:val="555555"/>
          <w:sz w:val="16"/>
        </w:rPr>
        <w:t xml:space="preserve">  podatelna@kasphory.cz</w:t>
      </w:r>
    </w:p>
    <w:p w14:paraId="37179079" w14:textId="77777777" w:rsidR="008129B5" w:rsidRDefault="008129B5" w:rsidP="008129B5">
      <w:pPr>
        <w:jc w:val="center"/>
        <w:rPr>
          <w:b/>
          <w:bCs/>
        </w:rPr>
      </w:pPr>
    </w:p>
    <w:p w14:paraId="70AD42CA" w14:textId="25FEB2A1" w:rsidR="00125EED" w:rsidRPr="008129B5" w:rsidRDefault="005728EF" w:rsidP="008129B5">
      <w:pPr>
        <w:jc w:val="center"/>
        <w:rPr>
          <w:b/>
          <w:bCs/>
        </w:rPr>
      </w:pPr>
      <w:r w:rsidRPr="008129B5">
        <w:rPr>
          <w:b/>
          <w:bCs/>
        </w:rPr>
        <w:t>OZNÁMENÍ O DOPLNĚNÍ NOVÉHO KANDIDÁTA</w:t>
      </w:r>
    </w:p>
    <w:p w14:paraId="41E82210" w14:textId="77777777" w:rsidR="00125EED" w:rsidRDefault="005728EF" w:rsidP="008129B5">
      <w:r>
        <w:rPr>
          <w:i/>
          <w:color w:val="555555"/>
          <w:sz w:val="19"/>
        </w:rPr>
        <w:t>a určení konečného pořadí kandidátů na podané kandidátní listině</w:t>
      </w:r>
    </w:p>
    <w:p w14:paraId="016FA233" w14:textId="77777777" w:rsidR="00125EED" w:rsidRDefault="005728EF" w:rsidP="008129B5">
      <w:r>
        <w:t>Název zastupitelstva obce</w:t>
      </w:r>
    </w:p>
    <w:p w14:paraId="32AE1E99" w14:textId="0D8E5659" w:rsidR="00125EED" w:rsidRDefault="00125EED" w:rsidP="008129B5"/>
    <w:p w14:paraId="5CD8A388" w14:textId="77777777" w:rsidR="00125EED" w:rsidRDefault="005728EF" w:rsidP="008129B5">
      <w:r>
        <w:t>Volební obvod, byl-li vytvořen</w:t>
      </w:r>
    </w:p>
    <w:p w14:paraId="7E06767A" w14:textId="2B730863" w:rsidR="00125EED" w:rsidRDefault="00125EED" w:rsidP="008129B5"/>
    <w:p w14:paraId="58FC1537" w14:textId="77777777" w:rsidR="00125EED" w:rsidRDefault="005728EF" w:rsidP="008129B5">
      <w:r>
        <w:t>Název volební strany</w:t>
      </w:r>
    </w:p>
    <w:p w14:paraId="59C6B239" w14:textId="688B19A2" w:rsidR="00125EED" w:rsidRDefault="00125EED" w:rsidP="008129B5"/>
    <w:p w14:paraId="36B02D58" w14:textId="77777777" w:rsidR="00125EED" w:rsidRDefault="005728EF" w:rsidP="008129B5">
      <w:r>
        <w:t>Typ volební strany</w:t>
      </w:r>
    </w:p>
    <w:p w14:paraId="1FC84D61" w14:textId="77777777" w:rsidR="00125EED" w:rsidRDefault="005728EF" w:rsidP="008129B5">
      <w:r>
        <w:rPr>
          <w:rFonts w:ascii="Segoe UI Symbol" w:hAnsi="Segoe UI Symbol" w:cs="Segoe UI Symbol"/>
        </w:rPr>
        <w:t>☐</w:t>
      </w:r>
      <w:r>
        <w:t xml:space="preserve"> politická strana nebo politické hnutí</w:t>
      </w:r>
    </w:p>
    <w:p w14:paraId="624D55DB" w14:textId="77777777" w:rsidR="00125EED" w:rsidRDefault="005728EF" w:rsidP="008129B5">
      <w:r>
        <w:rPr>
          <w:rFonts w:ascii="Segoe UI Symbol" w:hAnsi="Segoe UI Symbol" w:cs="Segoe UI Symbol"/>
        </w:rPr>
        <w:t>☐</w:t>
      </w:r>
      <w:r>
        <w:t xml:space="preserve"> koalice politických stran nebo politických hnutí</w:t>
      </w:r>
    </w:p>
    <w:p w14:paraId="4BE3A7AC" w14:textId="77777777" w:rsidR="00125EED" w:rsidRDefault="005728EF" w:rsidP="008129B5">
      <w:r>
        <w:rPr>
          <w:rFonts w:ascii="Segoe UI Symbol" w:hAnsi="Segoe UI Symbol" w:cs="Segoe UI Symbol"/>
        </w:rPr>
        <w:t>☐</w:t>
      </w:r>
      <w:r>
        <w:t xml:space="preserve"> sdružení nezávislých kandidátů</w:t>
      </w:r>
    </w:p>
    <w:p w14:paraId="77A447A6" w14:textId="77777777" w:rsidR="00125EED" w:rsidRDefault="005728EF" w:rsidP="008129B5">
      <w:r>
        <w:rPr>
          <w:rFonts w:ascii="Segoe UI Symbol" w:hAnsi="Segoe UI Symbol" w:cs="Segoe UI Symbol"/>
        </w:rPr>
        <w:t>☐</w:t>
      </w:r>
      <w:r>
        <w:t xml:space="preserve"> </w:t>
      </w:r>
      <w:r>
        <w:t>sdružení politických stran nebo politických hnutí a nezávislých kandidátů</w:t>
      </w:r>
    </w:p>
    <w:p w14:paraId="68ADB1DC" w14:textId="77777777" w:rsidR="008129B5" w:rsidRDefault="008129B5" w:rsidP="008129B5"/>
    <w:p w14:paraId="745DA729" w14:textId="3B6339D0" w:rsidR="00125EED" w:rsidRDefault="005728EF" w:rsidP="008129B5">
      <w:proofErr w:type="spellStart"/>
      <w:r>
        <w:t>Jméno</w:t>
      </w:r>
      <w:proofErr w:type="spellEnd"/>
      <w:r>
        <w:t xml:space="preserve"> a </w:t>
      </w:r>
      <w:proofErr w:type="spellStart"/>
      <w:r>
        <w:t>příjmení</w:t>
      </w:r>
      <w:proofErr w:type="spellEnd"/>
      <w:r>
        <w:t xml:space="preserve"> </w:t>
      </w:r>
      <w:proofErr w:type="spellStart"/>
      <w:r>
        <w:t>zmocněnce</w:t>
      </w:r>
      <w:proofErr w:type="spellEnd"/>
    </w:p>
    <w:p w14:paraId="47E2B379" w14:textId="1A1BA080" w:rsidR="00125EED" w:rsidRDefault="00125EED" w:rsidP="008129B5"/>
    <w:p w14:paraId="5F0C123B" w14:textId="77777777" w:rsidR="00125EED" w:rsidRDefault="005728EF" w:rsidP="008129B5">
      <w:r>
        <w:t>Místo trvalého pobytu zmocněnce</w:t>
      </w:r>
    </w:p>
    <w:p w14:paraId="6D244323" w14:textId="28835AB3" w:rsidR="00125EED" w:rsidRDefault="00125EED" w:rsidP="008129B5"/>
    <w:p w14:paraId="23309086" w14:textId="77777777" w:rsidR="00125EED" w:rsidRDefault="005728EF" w:rsidP="008129B5">
      <w:r>
        <w:t>Prohlášení zmocněnce</w:t>
      </w:r>
    </w:p>
    <w:p w14:paraId="1925336F" w14:textId="77777777" w:rsidR="00125EED" w:rsidRDefault="005728EF" w:rsidP="008129B5">
      <w:pPr>
        <w:jc w:val="both"/>
      </w:pPr>
      <w:r>
        <w:t xml:space="preserve">Jako zmocněnec výše uvedené volební strany tímto podle § 22 odst. 2 a 4 zákona č. 491/2001 Sb., ve znění rozhodném pro volby v roce 2026, </w:t>
      </w:r>
      <w:r>
        <w:t>doplňuji do podané kandidátní listiny nového kandidáta</w:t>
      </w:r>
      <w:r>
        <w:t xml:space="preserve"> uvedeného níže a současně oznamuji úplné konečné pořadí kandidátů v příloze č. 1.</w:t>
      </w:r>
    </w:p>
    <w:p w14:paraId="55C0527E" w14:textId="77777777" w:rsidR="008129B5" w:rsidRDefault="008129B5" w:rsidP="008129B5">
      <w:pPr>
        <w:jc w:val="both"/>
        <w:rPr>
          <w:b/>
          <w:bCs/>
        </w:rPr>
      </w:pPr>
    </w:p>
    <w:p w14:paraId="4332D921" w14:textId="155C93AD" w:rsidR="00125EED" w:rsidRPr="008129B5" w:rsidRDefault="005728EF" w:rsidP="008129B5">
      <w:pPr>
        <w:shd w:val="clear" w:color="auto" w:fill="F2F2F2" w:themeFill="background1" w:themeFillShade="F2"/>
        <w:jc w:val="both"/>
        <w:rPr>
          <w:b/>
          <w:bCs/>
        </w:rPr>
      </w:pPr>
      <w:proofErr w:type="spellStart"/>
      <w:r w:rsidRPr="008129B5">
        <w:rPr>
          <w:b/>
          <w:bCs/>
        </w:rPr>
        <w:t>Původní</w:t>
      </w:r>
      <w:proofErr w:type="spellEnd"/>
      <w:r w:rsidRPr="008129B5">
        <w:rPr>
          <w:b/>
          <w:bCs/>
        </w:rPr>
        <w:t xml:space="preserve"> </w:t>
      </w:r>
      <w:proofErr w:type="spellStart"/>
      <w:r w:rsidRPr="008129B5">
        <w:rPr>
          <w:b/>
          <w:bCs/>
        </w:rPr>
        <w:t>kandidát</w:t>
      </w:r>
      <w:proofErr w:type="spellEnd"/>
      <w:r w:rsidRPr="008129B5">
        <w:rPr>
          <w:b/>
          <w:bCs/>
        </w:rPr>
        <w:t xml:space="preserve">, </w:t>
      </w:r>
      <w:proofErr w:type="spellStart"/>
      <w:r w:rsidRPr="008129B5">
        <w:rPr>
          <w:b/>
          <w:bCs/>
        </w:rPr>
        <w:t>jehož</w:t>
      </w:r>
      <w:proofErr w:type="spellEnd"/>
      <w:r w:rsidRPr="008129B5">
        <w:rPr>
          <w:b/>
          <w:bCs/>
        </w:rPr>
        <w:t xml:space="preserve"> </w:t>
      </w:r>
      <w:proofErr w:type="spellStart"/>
      <w:r w:rsidRPr="008129B5">
        <w:rPr>
          <w:b/>
          <w:bCs/>
        </w:rPr>
        <w:t>kandidatura</w:t>
      </w:r>
      <w:proofErr w:type="spellEnd"/>
      <w:r w:rsidRPr="008129B5">
        <w:rPr>
          <w:b/>
          <w:bCs/>
        </w:rPr>
        <w:t xml:space="preserve"> </w:t>
      </w:r>
      <w:proofErr w:type="spellStart"/>
      <w:r w:rsidRPr="008129B5">
        <w:rPr>
          <w:b/>
          <w:bCs/>
        </w:rPr>
        <w:t>končí</w:t>
      </w:r>
      <w:proofErr w:type="spellEnd"/>
    </w:p>
    <w:p w14:paraId="10C09C7C" w14:textId="77777777" w:rsidR="00125EED" w:rsidRDefault="005728EF" w:rsidP="008129B5">
      <w:pPr>
        <w:shd w:val="clear" w:color="auto" w:fill="F2F2F2" w:themeFill="background1" w:themeFillShade="F2"/>
      </w:pPr>
      <w:r>
        <w:t>Jméno a příjmení</w:t>
      </w:r>
    </w:p>
    <w:p w14:paraId="483FFE30" w14:textId="26B1DCAA" w:rsidR="00125EED" w:rsidRDefault="00125EED" w:rsidP="008129B5">
      <w:pPr>
        <w:shd w:val="clear" w:color="auto" w:fill="F2F2F2" w:themeFill="background1" w:themeFillShade="F2"/>
      </w:pPr>
    </w:p>
    <w:p w14:paraId="5A0759AB" w14:textId="77777777" w:rsidR="00125EED" w:rsidRDefault="005728EF" w:rsidP="008129B5">
      <w:pPr>
        <w:shd w:val="clear" w:color="auto" w:fill="F2F2F2" w:themeFill="background1" w:themeFillShade="F2"/>
      </w:pPr>
      <w:r>
        <w:t>Dosavadní pořadí na kandidátní listině</w:t>
      </w:r>
    </w:p>
    <w:p w14:paraId="6707D3FA" w14:textId="4AB51773" w:rsidR="00125EED" w:rsidRDefault="00125EED" w:rsidP="008129B5">
      <w:pPr>
        <w:shd w:val="clear" w:color="auto" w:fill="F2F2F2" w:themeFill="background1" w:themeFillShade="F2"/>
      </w:pPr>
    </w:p>
    <w:p w14:paraId="325C1C60" w14:textId="77777777" w:rsidR="00125EED" w:rsidRDefault="005728EF" w:rsidP="008129B5">
      <w:pPr>
        <w:shd w:val="clear" w:color="auto" w:fill="F2F2F2" w:themeFill="background1" w:themeFillShade="F2"/>
      </w:pPr>
      <w:r>
        <w:t>Způsob ukončení kandidatury</w:t>
      </w:r>
    </w:p>
    <w:p w14:paraId="12B960B3" w14:textId="77777777" w:rsidR="00125EED" w:rsidRDefault="005728EF" w:rsidP="008129B5">
      <w:pPr>
        <w:shd w:val="clear" w:color="auto" w:fill="F2F2F2" w:themeFill="background1" w:themeFillShade="F2"/>
      </w:pPr>
      <w:r>
        <w:rPr>
          <w:rFonts w:ascii="Segoe UI Symbol" w:hAnsi="Segoe UI Symbol" w:cs="Segoe UI Symbol"/>
        </w:rPr>
        <w:t>☐</w:t>
      </w:r>
      <w:r>
        <w:t xml:space="preserve"> Původní kandidát se kandidatury vzdal; přikládá se jeho písemné prohlášení podle § 24 odst. 1 zákona.</w:t>
      </w:r>
    </w:p>
    <w:p w14:paraId="6CBF73FD" w14:textId="77777777" w:rsidR="00125EED" w:rsidRDefault="005728EF" w:rsidP="008129B5">
      <w:pPr>
        <w:shd w:val="clear" w:color="auto" w:fill="F2F2F2" w:themeFill="background1" w:themeFillShade="F2"/>
      </w:pPr>
      <w:r>
        <w:rPr>
          <w:rFonts w:ascii="Segoe UI Symbol" w:hAnsi="Segoe UI Symbol" w:cs="Segoe UI Symbol"/>
        </w:rPr>
        <w:t>☐</w:t>
      </w:r>
      <w:r>
        <w:t xml:space="preserve"> Kandidatura byla odvolána zmocněncem podle § 24 odst. 2 zákona; tato možnost je přípustná pouze u politické strany, politického hnutí nebo jejich koalice.</w:t>
      </w:r>
    </w:p>
    <w:p w14:paraId="07D19D43" w14:textId="0250C7B6" w:rsidR="00125EED" w:rsidRDefault="00125EED" w:rsidP="008129B5">
      <w:pPr>
        <w:shd w:val="clear" w:color="auto" w:fill="F2F2F2" w:themeFill="background1" w:themeFillShade="F2"/>
      </w:pPr>
    </w:p>
    <w:p w14:paraId="17978109" w14:textId="77777777" w:rsidR="00125EED" w:rsidRPr="008129B5" w:rsidRDefault="005728EF" w:rsidP="008129B5">
      <w:pPr>
        <w:shd w:val="clear" w:color="auto" w:fill="DBE5F1" w:themeFill="accent1" w:themeFillTint="33"/>
        <w:rPr>
          <w:b/>
          <w:bCs/>
        </w:rPr>
      </w:pPr>
      <w:r w:rsidRPr="008129B5">
        <w:rPr>
          <w:b/>
          <w:bCs/>
        </w:rPr>
        <w:t xml:space="preserve">Nový </w:t>
      </w:r>
      <w:proofErr w:type="spellStart"/>
      <w:r w:rsidRPr="008129B5">
        <w:rPr>
          <w:b/>
          <w:bCs/>
        </w:rPr>
        <w:t>kandidát</w:t>
      </w:r>
      <w:proofErr w:type="spellEnd"/>
    </w:p>
    <w:p w14:paraId="2A3E076B" w14:textId="77777777" w:rsidR="00125EED" w:rsidRDefault="005728EF" w:rsidP="008129B5">
      <w:pPr>
        <w:shd w:val="clear" w:color="auto" w:fill="DBE5F1" w:themeFill="accent1" w:themeFillTint="33"/>
      </w:pPr>
      <w:r>
        <w:t>Jméno a příjmení</w:t>
      </w:r>
    </w:p>
    <w:p w14:paraId="28AF62D9" w14:textId="603225ED" w:rsidR="00125EED" w:rsidRDefault="00125EED" w:rsidP="008129B5">
      <w:pPr>
        <w:shd w:val="clear" w:color="auto" w:fill="DBE5F1" w:themeFill="accent1" w:themeFillTint="33"/>
      </w:pPr>
    </w:p>
    <w:p w14:paraId="6B6FE38A" w14:textId="77777777" w:rsidR="00125EED" w:rsidRDefault="005728EF" w:rsidP="008129B5">
      <w:pPr>
        <w:shd w:val="clear" w:color="auto" w:fill="DBE5F1" w:themeFill="accent1" w:themeFillTint="33"/>
      </w:pPr>
      <w:r>
        <w:t>Pohlaví</w:t>
      </w:r>
    </w:p>
    <w:p w14:paraId="3E7914A0" w14:textId="158EEF29" w:rsidR="00125EED" w:rsidRDefault="00125EED" w:rsidP="008129B5">
      <w:pPr>
        <w:shd w:val="clear" w:color="auto" w:fill="DBE5F1" w:themeFill="accent1" w:themeFillTint="33"/>
      </w:pPr>
    </w:p>
    <w:p w14:paraId="461922C1" w14:textId="77777777" w:rsidR="00125EED" w:rsidRDefault="005728EF" w:rsidP="008129B5">
      <w:pPr>
        <w:shd w:val="clear" w:color="auto" w:fill="DBE5F1" w:themeFill="accent1" w:themeFillTint="33"/>
      </w:pPr>
      <w:r>
        <w:t>Věk ke druhému dni voleb, tj. k 10. říjnu 2026</w:t>
      </w:r>
    </w:p>
    <w:p w14:paraId="4D571DC7" w14:textId="7262B7A2" w:rsidR="00125EED" w:rsidRDefault="00125EED" w:rsidP="008129B5">
      <w:pPr>
        <w:shd w:val="clear" w:color="auto" w:fill="DBE5F1" w:themeFill="accent1" w:themeFillTint="33"/>
      </w:pPr>
    </w:p>
    <w:p w14:paraId="221E4911" w14:textId="77777777" w:rsidR="00125EED" w:rsidRDefault="005728EF" w:rsidP="008129B5">
      <w:pPr>
        <w:shd w:val="clear" w:color="auto" w:fill="DBE5F1" w:themeFill="accent1" w:themeFillTint="33"/>
      </w:pPr>
      <w:r>
        <w:t>Povolání</w:t>
      </w:r>
    </w:p>
    <w:p w14:paraId="7EE5C89F" w14:textId="45D8FDFA" w:rsidR="00125EED" w:rsidRDefault="00125EED" w:rsidP="008129B5">
      <w:pPr>
        <w:shd w:val="clear" w:color="auto" w:fill="DBE5F1" w:themeFill="accent1" w:themeFillTint="33"/>
      </w:pPr>
    </w:p>
    <w:p w14:paraId="504E657C" w14:textId="77777777" w:rsidR="00125EED" w:rsidRDefault="005728EF" w:rsidP="008129B5">
      <w:pPr>
        <w:shd w:val="clear" w:color="auto" w:fill="DBE5F1" w:themeFill="accent1" w:themeFillTint="33"/>
      </w:pPr>
      <w:r>
        <w:lastRenderedPageBreak/>
        <w:t>Obec, popřípadě část obce trvalého pobytu; u občana EU přechodného pobytu</w:t>
      </w:r>
    </w:p>
    <w:p w14:paraId="6A982B46" w14:textId="46C46460" w:rsidR="00125EED" w:rsidRDefault="00125EED" w:rsidP="008129B5">
      <w:pPr>
        <w:shd w:val="clear" w:color="auto" w:fill="DBE5F1" w:themeFill="accent1" w:themeFillTint="33"/>
      </w:pPr>
    </w:p>
    <w:p w14:paraId="6AC1057A" w14:textId="77777777" w:rsidR="00125EED" w:rsidRDefault="005728EF" w:rsidP="008129B5">
      <w:pPr>
        <w:shd w:val="clear" w:color="auto" w:fill="DBE5F1" w:themeFill="accent1" w:themeFillTint="33"/>
      </w:pPr>
      <w:r>
        <w:t xml:space="preserve">Členství v politické straně nebo politickém hnutí, popřípadě údaj „bez politické </w:t>
      </w:r>
      <w:proofErr w:type="gramStart"/>
      <w:r>
        <w:t>příslušnosti“</w:t>
      </w:r>
      <w:proofErr w:type="gramEnd"/>
    </w:p>
    <w:p w14:paraId="09FC0C7D" w14:textId="5937F2A7" w:rsidR="00125EED" w:rsidRDefault="00125EED" w:rsidP="008129B5">
      <w:pPr>
        <w:shd w:val="clear" w:color="auto" w:fill="DBE5F1" w:themeFill="accent1" w:themeFillTint="33"/>
      </w:pPr>
    </w:p>
    <w:p w14:paraId="2577D1DB" w14:textId="77777777" w:rsidR="00125EED" w:rsidRDefault="005728EF" w:rsidP="008129B5">
      <w:pPr>
        <w:shd w:val="clear" w:color="auto" w:fill="DBE5F1" w:themeFill="accent1" w:themeFillTint="33"/>
      </w:pPr>
      <w:r>
        <w:t>Politická strana nebo politické hnutí, které kandidáta navrhlo, vyžaduje-li to typ volební strany</w:t>
      </w:r>
    </w:p>
    <w:p w14:paraId="00BA8C1D" w14:textId="61FF70CE" w:rsidR="00125EED" w:rsidRDefault="00125EED" w:rsidP="008129B5">
      <w:pPr>
        <w:shd w:val="clear" w:color="auto" w:fill="DBE5F1" w:themeFill="accent1" w:themeFillTint="33"/>
      </w:pPr>
    </w:p>
    <w:p w14:paraId="0F9DE7F0" w14:textId="77777777" w:rsidR="00125EED" w:rsidRDefault="005728EF" w:rsidP="008129B5">
      <w:pPr>
        <w:shd w:val="clear" w:color="auto" w:fill="DBE5F1" w:themeFill="accent1" w:themeFillTint="33"/>
      </w:pPr>
      <w:r>
        <w:t>Pořadí v konečné podobě kandidátní listiny</w:t>
      </w:r>
    </w:p>
    <w:p w14:paraId="37D7ACE5" w14:textId="35CDB62F" w:rsidR="00125EED" w:rsidRDefault="00125EED" w:rsidP="008129B5">
      <w:pPr>
        <w:shd w:val="clear" w:color="auto" w:fill="DBE5F1" w:themeFill="accent1" w:themeFillTint="33"/>
      </w:pPr>
    </w:p>
    <w:p w14:paraId="68108FD7" w14:textId="77777777" w:rsidR="00125EED" w:rsidRPr="008129B5" w:rsidRDefault="005728EF" w:rsidP="008129B5">
      <w:pPr>
        <w:rPr>
          <w:b/>
          <w:bCs/>
        </w:rPr>
      </w:pPr>
      <w:r w:rsidRPr="008129B5">
        <w:rPr>
          <w:b/>
          <w:bCs/>
        </w:rPr>
        <w:t>Přílohy</w:t>
      </w:r>
    </w:p>
    <w:p w14:paraId="5E6B0791" w14:textId="77777777" w:rsidR="00125EED" w:rsidRDefault="005728EF" w:rsidP="008129B5">
      <w:r>
        <w:rPr>
          <w:rFonts w:ascii="Segoe UI Symbol" w:hAnsi="Segoe UI Symbol" w:cs="Segoe UI Symbol"/>
        </w:rPr>
        <w:t>☐</w:t>
      </w:r>
      <w:r>
        <w:t xml:space="preserve"> Písemné prohlášení původního kandidáta o vzdání se kandidatury.</w:t>
      </w:r>
    </w:p>
    <w:p w14:paraId="4B0E250F" w14:textId="77777777" w:rsidR="00125EED" w:rsidRDefault="005728EF" w:rsidP="008129B5">
      <w:r>
        <w:rPr>
          <w:rFonts w:ascii="Segoe UI Symbol" w:hAnsi="Segoe UI Symbol" w:cs="Segoe UI Symbol"/>
        </w:rPr>
        <w:t>☐</w:t>
      </w:r>
      <w:r>
        <w:t xml:space="preserve"> Písemné odvolání kandidatury původního kandidáta zmocněncem.</w:t>
      </w:r>
    </w:p>
    <w:p w14:paraId="78B0930D" w14:textId="77777777" w:rsidR="00125EED" w:rsidRDefault="005728EF" w:rsidP="008129B5">
      <w:r>
        <w:rPr>
          <w:rFonts w:ascii="Segoe UI Symbol" w:hAnsi="Segoe UI Symbol" w:cs="Segoe UI Symbol"/>
        </w:rPr>
        <w:t>☐</w:t>
      </w:r>
      <w:r>
        <w:t xml:space="preserve"> Vlastnoručně podepsané prohlášení nového kandidáta podle § 22 odst. 3 zákona.</w:t>
      </w:r>
    </w:p>
    <w:p w14:paraId="29065B6D" w14:textId="77777777" w:rsidR="00125EED" w:rsidRDefault="005728EF" w:rsidP="008129B5">
      <w:r>
        <w:rPr>
          <w:rFonts w:ascii="Segoe UI Symbol" w:hAnsi="Segoe UI Symbol" w:cs="Segoe UI Symbol"/>
        </w:rPr>
        <w:t>☐</w:t>
      </w:r>
      <w:r>
        <w:t xml:space="preserve"> Příloha č. 1 – úplné konečné pořadí všech kandidátů.</w:t>
      </w:r>
    </w:p>
    <w:p w14:paraId="73EE2841" w14:textId="77777777" w:rsidR="00125EED" w:rsidRDefault="005728EF" w:rsidP="008129B5">
      <w:r>
        <w:rPr>
          <w:rFonts w:ascii="Segoe UI Symbol" w:hAnsi="Segoe UI Symbol" w:cs="Segoe UI Symbol"/>
        </w:rPr>
        <w:t>☐</w:t>
      </w:r>
      <w:r>
        <w:t xml:space="preserve"> </w:t>
      </w:r>
      <w:r>
        <w:t>Úplné konsolidované znění kandidátní listiny po změně – pracovní příloha.</w:t>
      </w:r>
    </w:p>
    <w:p w14:paraId="128B46A5" w14:textId="77777777" w:rsidR="00125EED" w:rsidRDefault="005728EF" w:rsidP="008129B5">
      <w:r>
        <w:rPr>
          <w:rFonts w:ascii="Segoe UI Symbol" w:hAnsi="Segoe UI Symbol" w:cs="Segoe UI Symbol"/>
        </w:rPr>
        <w:t>☐</w:t>
      </w:r>
      <w:r>
        <w:t xml:space="preserve"> Jiné: [doplňte].</w:t>
      </w:r>
    </w:p>
    <w:p w14:paraId="63D24F2C" w14:textId="77777777" w:rsidR="008129B5" w:rsidRDefault="008129B5" w:rsidP="008129B5">
      <w:pPr>
        <w:rPr>
          <w:sz w:val="19"/>
        </w:rPr>
      </w:pPr>
    </w:p>
    <w:p w14:paraId="0421D354" w14:textId="425F79D9" w:rsidR="00125EED" w:rsidRDefault="005728EF" w:rsidP="008129B5">
      <w:proofErr w:type="spellStart"/>
      <w:r>
        <w:rPr>
          <w:sz w:val="19"/>
        </w:rPr>
        <w:t>Neodvolatelnost</w:t>
      </w:r>
      <w:proofErr w:type="spellEnd"/>
      <w:r>
        <w:rPr>
          <w:sz w:val="19"/>
        </w:rPr>
        <w:br/>
      </w:r>
      <w:proofErr w:type="spellStart"/>
      <w:r>
        <w:rPr>
          <w:sz w:val="19"/>
        </w:rPr>
        <w:t>Prohlášení</w:t>
      </w:r>
      <w:proofErr w:type="spellEnd"/>
      <w:r>
        <w:rPr>
          <w:sz w:val="19"/>
        </w:rPr>
        <w:t xml:space="preserve"> o </w:t>
      </w:r>
      <w:proofErr w:type="spellStart"/>
      <w:r>
        <w:rPr>
          <w:sz w:val="19"/>
        </w:rPr>
        <w:t>vzdání</w:t>
      </w:r>
      <w:proofErr w:type="spellEnd"/>
      <w:r>
        <w:rPr>
          <w:sz w:val="19"/>
        </w:rPr>
        <w:t xml:space="preserve"> se kandidatury ani odvolání kandidatury nelze vzít zpět.</w:t>
      </w:r>
    </w:p>
    <w:p w14:paraId="4E1AD18F" w14:textId="77777777" w:rsidR="008129B5" w:rsidRDefault="008129B5" w:rsidP="008129B5"/>
    <w:p w14:paraId="6E91697A" w14:textId="77777777" w:rsidR="008129B5" w:rsidRDefault="008129B5" w:rsidP="008129B5"/>
    <w:p w14:paraId="20B4F783" w14:textId="7D63EA4E" w:rsidR="00125EED" w:rsidRDefault="005728EF" w:rsidP="008129B5">
      <w:r>
        <w:t xml:space="preserve">V </w:t>
      </w:r>
      <w:r w:rsidR="008129B5">
        <w:t>…………</w:t>
      </w:r>
      <w:proofErr w:type="gramStart"/>
      <w:r w:rsidR="008129B5">
        <w:t>…..</w:t>
      </w:r>
      <w:proofErr w:type="gram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8129B5">
        <w:t>………………</w:t>
      </w:r>
      <w:proofErr w:type="gramStart"/>
      <w:r w:rsidR="008129B5">
        <w:t>…..</w:t>
      </w:r>
      <w:proofErr w:type="gramEnd"/>
    </w:p>
    <w:p w14:paraId="4D18313F" w14:textId="77777777" w:rsidR="008129B5" w:rsidRDefault="008129B5" w:rsidP="008129B5">
      <w:pPr>
        <w:rPr>
          <w:sz w:val="20"/>
        </w:rPr>
      </w:pPr>
    </w:p>
    <w:p w14:paraId="33329A36" w14:textId="77777777" w:rsidR="008129B5" w:rsidRDefault="008129B5" w:rsidP="008129B5">
      <w:pPr>
        <w:rPr>
          <w:sz w:val="20"/>
        </w:rPr>
      </w:pPr>
    </w:p>
    <w:p w14:paraId="598826B1" w14:textId="34260FA2" w:rsidR="00125EED" w:rsidRDefault="005728EF" w:rsidP="008129B5">
      <w:r>
        <w:rPr>
          <w:sz w:val="20"/>
        </w:rPr>
        <w:t>............................................................</w:t>
      </w:r>
    </w:p>
    <w:p w14:paraId="574146CA" w14:textId="77777777" w:rsidR="00125EED" w:rsidRDefault="005728EF" w:rsidP="008129B5">
      <w:r>
        <w:rPr>
          <w:sz w:val="19"/>
        </w:rPr>
        <w:t>[jméno a příjmení]</w:t>
      </w:r>
    </w:p>
    <w:p w14:paraId="7E45A233" w14:textId="77777777" w:rsidR="00125EED" w:rsidRDefault="005728EF" w:rsidP="008129B5">
      <w:pPr>
        <w:rPr>
          <w:color w:val="555555"/>
          <w:sz w:val="18"/>
        </w:rPr>
      </w:pPr>
      <w:proofErr w:type="spellStart"/>
      <w:r>
        <w:rPr>
          <w:color w:val="555555"/>
          <w:sz w:val="18"/>
        </w:rPr>
        <w:t>zmocněnec</w:t>
      </w:r>
      <w:proofErr w:type="spellEnd"/>
      <w:r>
        <w:rPr>
          <w:color w:val="555555"/>
          <w:sz w:val="18"/>
        </w:rPr>
        <w:t xml:space="preserve"> </w:t>
      </w:r>
      <w:proofErr w:type="spellStart"/>
      <w:r>
        <w:rPr>
          <w:color w:val="555555"/>
          <w:sz w:val="18"/>
        </w:rPr>
        <w:t>volební</w:t>
      </w:r>
      <w:proofErr w:type="spellEnd"/>
      <w:r>
        <w:rPr>
          <w:color w:val="555555"/>
          <w:sz w:val="18"/>
        </w:rPr>
        <w:t xml:space="preserve"> </w:t>
      </w:r>
      <w:proofErr w:type="spellStart"/>
      <w:r>
        <w:rPr>
          <w:color w:val="555555"/>
          <w:sz w:val="18"/>
        </w:rPr>
        <w:t>strany</w:t>
      </w:r>
      <w:proofErr w:type="spellEnd"/>
    </w:p>
    <w:p w14:paraId="6909B9EA" w14:textId="77777777" w:rsidR="008129B5" w:rsidRDefault="008129B5" w:rsidP="008129B5">
      <w:pPr>
        <w:rPr>
          <w:color w:val="555555"/>
          <w:sz w:val="18"/>
        </w:rPr>
      </w:pPr>
    </w:p>
    <w:p w14:paraId="485CF8EA" w14:textId="77777777" w:rsidR="008129B5" w:rsidRDefault="008129B5" w:rsidP="008129B5">
      <w:pPr>
        <w:rPr>
          <w:color w:val="555555"/>
          <w:sz w:val="18"/>
        </w:rPr>
      </w:pPr>
    </w:p>
    <w:p w14:paraId="13EF55F0" w14:textId="77777777" w:rsidR="008129B5" w:rsidRDefault="008129B5" w:rsidP="008129B5">
      <w:pPr>
        <w:rPr>
          <w:color w:val="555555"/>
          <w:sz w:val="18"/>
        </w:rPr>
      </w:pPr>
    </w:p>
    <w:p w14:paraId="7B9AA952" w14:textId="77777777" w:rsidR="008129B5" w:rsidRDefault="008129B5" w:rsidP="008129B5">
      <w:pPr>
        <w:rPr>
          <w:color w:val="555555"/>
          <w:sz w:val="18"/>
        </w:rPr>
      </w:pPr>
    </w:p>
    <w:p w14:paraId="037AF9E8" w14:textId="77777777" w:rsidR="008129B5" w:rsidRDefault="008129B5" w:rsidP="008129B5">
      <w:pPr>
        <w:rPr>
          <w:color w:val="555555"/>
          <w:sz w:val="18"/>
        </w:rPr>
      </w:pPr>
    </w:p>
    <w:p w14:paraId="55464B32" w14:textId="77777777" w:rsidR="008129B5" w:rsidRDefault="008129B5" w:rsidP="008129B5">
      <w:pPr>
        <w:rPr>
          <w:color w:val="555555"/>
          <w:sz w:val="18"/>
        </w:rPr>
      </w:pPr>
    </w:p>
    <w:p w14:paraId="486F2C3D" w14:textId="77777777" w:rsidR="008129B5" w:rsidRDefault="008129B5" w:rsidP="008129B5">
      <w:pPr>
        <w:rPr>
          <w:color w:val="555555"/>
          <w:sz w:val="18"/>
        </w:rPr>
      </w:pPr>
    </w:p>
    <w:p w14:paraId="7B24F372" w14:textId="77777777" w:rsidR="008129B5" w:rsidRDefault="008129B5" w:rsidP="008129B5">
      <w:pPr>
        <w:rPr>
          <w:color w:val="555555"/>
          <w:sz w:val="18"/>
        </w:rPr>
      </w:pPr>
    </w:p>
    <w:p w14:paraId="3123E4F0" w14:textId="77777777" w:rsidR="008129B5" w:rsidRDefault="008129B5" w:rsidP="008129B5">
      <w:pPr>
        <w:rPr>
          <w:color w:val="555555"/>
          <w:sz w:val="18"/>
        </w:rPr>
      </w:pPr>
    </w:p>
    <w:p w14:paraId="6B65EE4F" w14:textId="77777777" w:rsidR="008129B5" w:rsidRDefault="008129B5" w:rsidP="008129B5">
      <w:pPr>
        <w:rPr>
          <w:color w:val="555555"/>
          <w:sz w:val="18"/>
        </w:rPr>
      </w:pPr>
    </w:p>
    <w:p w14:paraId="44531E28" w14:textId="77777777" w:rsidR="008129B5" w:rsidRDefault="008129B5" w:rsidP="008129B5"/>
    <w:p w14:paraId="506C712B" w14:textId="77777777" w:rsidR="00125EED" w:rsidRDefault="005728EF" w:rsidP="008129B5">
      <w:r>
        <w:t>Úřední záznam registračního úřadu</w:t>
      </w:r>
    </w:p>
    <w:p w14:paraId="215DB4D5" w14:textId="77777777" w:rsidR="008129B5" w:rsidRDefault="005728EF" w:rsidP="008129B5">
      <w:r>
        <w:t xml:space="preserve">Doručeno dne [datum] v [čas] hodin. </w:t>
      </w:r>
    </w:p>
    <w:p w14:paraId="6B3E5529" w14:textId="43B8BDFF" w:rsidR="00125EED" w:rsidRDefault="005728EF" w:rsidP="008129B5">
      <w:proofErr w:type="spellStart"/>
      <w:r>
        <w:t>Způsob</w:t>
      </w:r>
      <w:proofErr w:type="spellEnd"/>
      <w:r>
        <w:t xml:space="preserve"> </w:t>
      </w:r>
      <w:proofErr w:type="spellStart"/>
      <w:r>
        <w:t>doručení</w:t>
      </w:r>
      <w:proofErr w:type="spellEnd"/>
      <w:r>
        <w:t>: [</w:t>
      </w:r>
      <w:proofErr w:type="spellStart"/>
      <w:r>
        <w:t>osobně</w:t>
      </w:r>
      <w:proofErr w:type="spellEnd"/>
      <w:r>
        <w:t xml:space="preserve"> / </w:t>
      </w:r>
      <w:proofErr w:type="spellStart"/>
      <w:r>
        <w:t>datovou</w:t>
      </w:r>
      <w:proofErr w:type="spellEnd"/>
      <w:r>
        <w:t xml:space="preserve"> schránkou / poštou / jinak].</w:t>
      </w:r>
    </w:p>
    <w:p w14:paraId="49529A71" w14:textId="77777777" w:rsidR="008129B5" w:rsidRDefault="005728EF" w:rsidP="008129B5">
      <w:r>
        <w:t xml:space="preserve">Počet listů: [doplnit]. </w:t>
      </w:r>
    </w:p>
    <w:p w14:paraId="54C4A86C" w14:textId="77777777" w:rsidR="008129B5" w:rsidRDefault="005728EF" w:rsidP="008129B5">
      <w:proofErr w:type="spellStart"/>
      <w:r>
        <w:t>Počet</w:t>
      </w:r>
      <w:proofErr w:type="spellEnd"/>
      <w:r>
        <w:t xml:space="preserve"> </w:t>
      </w:r>
      <w:proofErr w:type="spellStart"/>
      <w:r>
        <w:t>příloh</w:t>
      </w:r>
      <w:proofErr w:type="spellEnd"/>
      <w:r>
        <w:t>: [</w:t>
      </w:r>
      <w:proofErr w:type="spellStart"/>
      <w:r>
        <w:t>doplnit</w:t>
      </w:r>
      <w:proofErr w:type="spellEnd"/>
      <w:r>
        <w:t xml:space="preserve">]. </w:t>
      </w:r>
    </w:p>
    <w:p w14:paraId="5A08C70C" w14:textId="77777777" w:rsidR="008129B5" w:rsidRDefault="008129B5" w:rsidP="008129B5"/>
    <w:p w14:paraId="417AFBF5" w14:textId="77777777" w:rsidR="008129B5" w:rsidRDefault="008129B5" w:rsidP="008129B5"/>
    <w:p w14:paraId="514454F3" w14:textId="77777777" w:rsidR="008129B5" w:rsidRDefault="008129B5" w:rsidP="008129B5"/>
    <w:p w14:paraId="5155FE3B" w14:textId="2620BECC" w:rsidR="00125EED" w:rsidRDefault="005728EF" w:rsidP="008129B5">
      <w:proofErr w:type="spellStart"/>
      <w:r>
        <w:t>Převzal</w:t>
      </w:r>
      <w:proofErr w:type="spellEnd"/>
      <w:r>
        <w:t>(a): [</w:t>
      </w:r>
      <w:proofErr w:type="spellStart"/>
      <w:r>
        <w:t>jméno</w:t>
      </w:r>
      <w:proofErr w:type="spellEnd"/>
      <w:r>
        <w:t xml:space="preserve"> a </w:t>
      </w:r>
      <w:proofErr w:type="spellStart"/>
      <w:r>
        <w:t>podpis</w:t>
      </w:r>
      <w:proofErr w:type="spellEnd"/>
      <w:r>
        <w:t>].</w:t>
      </w:r>
    </w:p>
    <w:p w14:paraId="6B06EC7B" w14:textId="77777777" w:rsidR="00125EED" w:rsidRDefault="005728EF" w:rsidP="008129B5">
      <w:r>
        <w:br w:type="page"/>
      </w:r>
    </w:p>
    <w:p w14:paraId="03AB1CBA" w14:textId="77777777" w:rsidR="00125EED" w:rsidRPr="008129B5" w:rsidRDefault="005728EF" w:rsidP="008129B5">
      <w:pPr>
        <w:rPr>
          <w:b/>
          <w:bCs/>
        </w:rPr>
      </w:pPr>
      <w:r w:rsidRPr="008129B5">
        <w:rPr>
          <w:b/>
          <w:bCs/>
        </w:rPr>
        <w:lastRenderedPageBreak/>
        <w:t>MĚSTSKÝ ÚŘAD KAŠPERSKÉ HORY</w:t>
      </w:r>
      <w:r w:rsidRPr="008129B5">
        <w:rPr>
          <w:b/>
          <w:bCs/>
        </w:rPr>
        <w:br/>
      </w:r>
      <w:r w:rsidRPr="008129B5">
        <w:rPr>
          <w:b/>
          <w:bCs/>
          <w:sz w:val="19"/>
        </w:rPr>
        <w:t>registrační úřad</w:t>
      </w:r>
    </w:p>
    <w:p w14:paraId="5679D0BA" w14:textId="77777777" w:rsidR="00125EED" w:rsidRPr="008129B5" w:rsidRDefault="005728EF" w:rsidP="008129B5">
      <w:pPr>
        <w:rPr>
          <w:b/>
          <w:bCs/>
        </w:rPr>
      </w:pPr>
      <w:r w:rsidRPr="008129B5">
        <w:rPr>
          <w:b/>
          <w:bCs/>
          <w:color w:val="555555"/>
          <w:sz w:val="16"/>
        </w:rPr>
        <w:t xml:space="preserve">Náměstí 1, 341 92 Kašperské </w:t>
      </w:r>
      <w:proofErr w:type="gramStart"/>
      <w:r w:rsidRPr="008129B5">
        <w:rPr>
          <w:b/>
          <w:bCs/>
          <w:color w:val="555555"/>
          <w:sz w:val="16"/>
        </w:rPr>
        <w:t>Hory  |</w:t>
      </w:r>
      <w:proofErr w:type="gramEnd"/>
      <w:r w:rsidRPr="008129B5">
        <w:rPr>
          <w:b/>
          <w:bCs/>
          <w:color w:val="555555"/>
          <w:sz w:val="16"/>
        </w:rPr>
        <w:t xml:space="preserve">  ID datové schránky: </w:t>
      </w:r>
      <w:proofErr w:type="gramStart"/>
      <w:r w:rsidRPr="008129B5">
        <w:rPr>
          <w:b/>
          <w:bCs/>
          <w:color w:val="555555"/>
          <w:sz w:val="16"/>
        </w:rPr>
        <w:t>kwjbxui  |</w:t>
      </w:r>
      <w:proofErr w:type="gramEnd"/>
      <w:r w:rsidRPr="008129B5">
        <w:rPr>
          <w:b/>
          <w:bCs/>
          <w:color w:val="555555"/>
          <w:sz w:val="16"/>
        </w:rPr>
        <w:t xml:space="preserve">  podatelna@kasphory.cz</w:t>
      </w:r>
    </w:p>
    <w:p w14:paraId="19B61245" w14:textId="77777777" w:rsidR="008129B5" w:rsidRDefault="008129B5" w:rsidP="008129B5"/>
    <w:p w14:paraId="1A496283" w14:textId="2C8C3410" w:rsidR="00125EED" w:rsidRPr="008129B5" w:rsidRDefault="005728EF" w:rsidP="008129B5">
      <w:pPr>
        <w:jc w:val="center"/>
        <w:rPr>
          <w:b/>
          <w:bCs/>
        </w:rPr>
      </w:pPr>
      <w:r w:rsidRPr="008129B5">
        <w:rPr>
          <w:b/>
          <w:bCs/>
        </w:rPr>
        <w:t>PŘÍLOHA Č. 1 – ÚPLNÉ KONEČNÉ POŘADÍ KANDIDÁTŮ</w:t>
      </w:r>
    </w:p>
    <w:p w14:paraId="3B8D57FB" w14:textId="77777777" w:rsidR="008129B5" w:rsidRDefault="005728EF" w:rsidP="008129B5">
      <w:pPr>
        <w:rPr>
          <w:sz w:val="18"/>
        </w:rPr>
      </w:pPr>
      <w:proofErr w:type="spellStart"/>
      <w:r>
        <w:rPr>
          <w:sz w:val="18"/>
        </w:rPr>
        <w:t>Volební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strana</w:t>
      </w:r>
      <w:proofErr w:type="spellEnd"/>
      <w:r>
        <w:rPr>
          <w:sz w:val="18"/>
        </w:rPr>
        <w:t>:</w:t>
      </w:r>
    </w:p>
    <w:p w14:paraId="120F5CF8" w14:textId="77777777" w:rsidR="008129B5" w:rsidRDefault="008129B5" w:rsidP="008129B5">
      <w:pPr>
        <w:rPr>
          <w:sz w:val="18"/>
        </w:rPr>
      </w:pPr>
    </w:p>
    <w:p w14:paraId="64B0047F" w14:textId="77777777" w:rsidR="008129B5" w:rsidRDefault="005728EF" w:rsidP="008129B5">
      <w:pPr>
        <w:rPr>
          <w:sz w:val="18"/>
        </w:rPr>
      </w:pPr>
      <w:proofErr w:type="spellStart"/>
      <w:r>
        <w:rPr>
          <w:sz w:val="18"/>
        </w:rPr>
        <w:t>Zastupitelstvo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obce</w:t>
      </w:r>
      <w:proofErr w:type="spellEnd"/>
      <w:r>
        <w:rPr>
          <w:sz w:val="18"/>
        </w:rPr>
        <w:t xml:space="preserve">: </w:t>
      </w:r>
    </w:p>
    <w:p w14:paraId="3302D390" w14:textId="77777777" w:rsidR="008129B5" w:rsidRDefault="008129B5" w:rsidP="008129B5">
      <w:pPr>
        <w:rPr>
          <w:sz w:val="18"/>
        </w:rPr>
      </w:pPr>
    </w:p>
    <w:p w14:paraId="0C55077F" w14:textId="75625C2B" w:rsidR="00125EED" w:rsidRDefault="005728EF" w:rsidP="008129B5">
      <w:pPr>
        <w:rPr>
          <w:sz w:val="18"/>
        </w:rPr>
      </w:pPr>
      <w:proofErr w:type="spellStart"/>
      <w:r>
        <w:rPr>
          <w:sz w:val="18"/>
        </w:rPr>
        <w:t>Volební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obvod</w:t>
      </w:r>
      <w:proofErr w:type="spellEnd"/>
      <w:r w:rsidR="008129B5">
        <w:rPr>
          <w:sz w:val="18"/>
        </w:rPr>
        <w:t xml:space="preserve"> (</w:t>
      </w:r>
      <w:proofErr w:type="spellStart"/>
      <w:r w:rsidR="008129B5">
        <w:rPr>
          <w:sz w:val="18"/>
        </w:rPr>
        <w:t>byl</w:t>
      </w:r>
      <w:proofErr w:type="spellEnd"/>
      <w:r w:rsidR="008129B5">
        <w:rPr>
          <w:sz w:val="18"/>
        </w:rPr>
        <w:t xml:space="preserve">-li </w:t>
      </w:r>
      <w:proofErr w:type="spellStart"/>
      <w:r w:rsidR="008129B5">
        <w:rPr>
          <w:sz w:val="18"/>
        </w:rPr>
        <w:t>vytvořen</w:t>
      </w:r>
      <w:proofErr w:type="spellEnd"/>
      <w:r w:rsidR="008129B5">
        <w:rPr>
          <w:sz w:val="18"/>
        </w:rPr>
        <w:t>)</w:t>
      </w:r>
      <w:r>
        <w:rPr>
          <w:sz w:val="18"/>
        </w:rPr>
        <w:t xml:space="preserve">: </w:t>
      </w:r>
    </w:p>
    <w:p w14:paraId="3FB5BE93" w14:textId="77777777" w:rsidR="008129B5" w:rsidRDefault="008129B5" w:rsidP="008129B5"/>
    <w:tbl>
      <w:tblPr>
        <w:tblW w:w="0" w:type="auto"/>
        <w:jc w:val="center"/>
        <w:tblBorders>
          <w:top w:val="single" w:sz="6" w:space="0" w:color="8C8C8C"/>
          <w:left w:val="single" w:sz="6" w:space="0" w:color="8C8C8C"/>
          <w:bottom w:val="single" w:sz="6" w:space="0" w:color="8C8C8C"/>
          <w:right w:val="single" w:sz="6" w:space="0" w:color="8C8C8C"/>
          <w:insideH w:val="single" w:sz="6" w:space="0" w:color="8C8C8C"/>
          <w:insideV w:val="single" w:sz="6" w:space="0" w:color="8C8C8C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4762"/>
        <w:gridCol w:w="1701"/>
        <w:gridCol w:w="1757"/>
      </w:tblGrid>
      <w:tr w:rsidR="00125EED" w14:paraId="2854F752" w14:textId="77777777" w:rsidTr="008129B5">
        <w:trPr>
          <w:tblHeader/>
          <w:jc w:val="center"/>
        </w:trPr>
        <w:tc>
          <w:tcPr>
            <w:tcW w:w="964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0D46B0" w14:textId="77777777" w:rsidR="00125EED" w:rsidRDefault="005728EF" w:rsidP="008129B5">
            <w:proofErr w:type="spellStart"/>
            <w:r>
              <w:rPr>
                <w:sz w:val="17"/>
              </w:rPr>
              <w:t>Konečné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pořadí</w:t>
            </w:r>
            <w:proofErr w:type="spellEnd"/>
          </w:p>
        </w:tc>
        <w:tc>
          <w:tcPr>
            <w:tcW w:w="4762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5DA694" w14:textId="77777777" w:rsidR="00125EED" w:rsidRDefault="005728EF" w:rsidP="008129B5">
            <w:r>
              <w:rPr>
                <w:sz w:val="17"/>
              </w:rPr>
              <w:t>Jméno a příjmení kandidáta</w:t>
            </w:r>
          </w:p>
        </w:tc>
        <w:tc>
          <w:tcPr>
            <w:tcW w:w="1701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CC5108" w14:textId="77777777" w:rsidR="00125EED" w:rsidRDefault="005728EF" w:rsidP="008129B5">
            <w:r>
              <w:rPr>
                <w:sz w:val="17"/>
              </w:rPr>
              <w:t>Dosavadní pořadí</w:t>
            </w:r>
          </w:p>
        </w:tc>
        <w:tc>
          <w:tcPr>
            <w:tcW w:w="1757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4D94DE" w14:textId="77777777" w:rsidR="00125EED" w:rsidRDefault="005728EF" w:rsidP="008129B5">
            <w:r>
              <w:rPr>
                <w:sz w:val="17"/>
              </w:rPr>
              <w:t>Poznámka</w:t>
            </w:r>
          </w:p>
        </w:tc>
      </w:tr>
      <w:tr w:rsidR="00125EED" w14:paraId="574816B7" w14:textId="77777777" w:rsidTr="008129B5">
        <w:trPr>
          <w:jc w:val="center"/>
        </w:trPr>
        <w:tc>
          <w:tcPr>
            <w:tcW w:w="964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5EA0C321" w14:textId="77777777" w:rsidR="00125EED" w:rsidRDefault="005728EF" w:rsidP="008129B5">
            <w:r>
              <w:rPr>
                <w:sz w:val="18"/>
              </w:rPr>
              <w:t>1</w:t>
            </w:r>
          </w:p>
        </w:tc>
        <w:tc>
          <w:tcPr>
            <w:tcW w:w="4762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586AA79F" w14:textId="77777777" w:rsidR="00125EED" w:rsidRDefault="00125EED" w:rsidP="008129B5"/>
        </w:tc>
        <w:tc>
          <w:tcPr>
            <w:tcW w:w="1701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0EAD686A" w14:textId="77777777" w:rsidR="00125EED" w:rsidRDefault="00125EED" w:rsidP="008129B5"/>
        </w:tc>
        <w:tc>
          <w:tcPr>
            <w:tcW w:w="1757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2D8B6255" w14:textId="77777777" w:rsidR="00125EED" w:rsidRDefault="00125EED" w:rsidP="008129B5"/>
        </w:tc>
      </w:tr>
      <w:tr w:rsidR="00125EED" w14:paraId="616B7ED0" w14:textId="77777777" w:rsidTr="008129B5">
        <w:trPr>
          <w:jc w:val="center"/>
        </w:trPr>
        <w:tc>
          <w:tcPr>
            <w:tcW w:w="964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039C6165" w14:textId="77777777" w:rsidR="00125EED" w:rsidRDefault="005728EF" w:rsidP="008129B5">
            <w:r>
              <w:rPr>
                <w:sz w:val="18"/>
              </w:rPr>
              <w:t>2</w:t>
            </w:r>
          </w:p>
        </w:tc>
        <w:tc>
          <w:tcPr>
            <w:tcW w:w="4762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21511D49" w14:textId="77777777" w:rsidR="00125EED" w:rsidRDefault="00125EED" w:rsidP="008129B5"/>
        </w:tc>
        <w:tc>
          <w:tcPr>
            <w:tcW w:w="1701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3FDD38D6" w14:textId="77777777" w:rsidR="00125EED" w:rsidRDefault="00125EED" w:rsidP="008129B5"/>
        </w:tc>
        <w:tc>
          <w:tcPr>
            <w:tcW w:w="1757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24DA2FE1" w14:textId="77777777" w:rsidR="00125EED" w:rsidRDefault="00125EED" w:rsidP="008129B5"/>
        </w:tc>
      </w:tr>
      <w:tr w:rsidR="00125EED" w14:paraId="706AB310" w14:textId="77777777" w:rsidTr="008129B5">
        <w:trPr>
          <w:jc w:val="center"/>
        </w:trPr>
        <w:tc>
          <w:tcPr>
            <w:tcW w:w="964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73ECD49D" w14:textId="77777777" w:rsidR="00125EED" w:rsidRDefault="005728EF" w:rsidP="008129B5">
            <w:r>
              <w:rPr>
                <w:sz w:val="18"/>
              </w:rPr>
              <w:t>3</w:t>
            </w:r>
          </w:p>
        </w:tc>
        <w:tc>
          <w:tcPr>
            <w:tcW w:w="4762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5FA5902E" w14:textId="77777777" w:rsidR="00125EED" w:rsidRDefault="00125EED" w:rsidP="008129B5"/>
        </w:tc>
        <w:tc>
          <w:tcPr>
            <w:tcW w:w="1701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6D992C5E" w14:textId="77777777" w:rsidR="00125EED" w:rsidRDefault="00125EED" w:rsidP="008129B5"/>
        </w:tc>
        <w:tc>
          <w:tcPr>
            <w:tcW w:w="1757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2848156D" w14:textId="77777777" w:rsidR="00125EED" w:rsidRDefault="00125EED" w:rsidP="008129B5"/>
        </w:tc>
      </w:tr>
      <w:tr w:rsidR="00125EED" w14:paraId="277359DA" w14:textId="77777777" w:rsidTr="008129B5">
        <w:trPr>
          <w:jc w:val="center"/>
        </w:trPr>
        <w:tc>
          <w:tcPr>
            <w:tcW w:w="964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48645D0E" w14:textId="77777777" w:rsidR="00125EED" w:rsidRDefault="005728EF" w:rsidP="008129B5">
            <w:r>
              <w:rPr>
                <w:sz w:val="18"/>
              </w:rPr>
              <w:t>4</w:t>
            </w:r>
          </w:p>
        </w:tc>
        <w:tc>
          <w:tcPr>
            <w:tcW w:w="4762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4D52BFD2" w14:textId="77777777" w:rsidR="00125EED" w:rsidRDefault="00125EED" w:rsidP="008129B5"/>
        </w:tc>
        <w:tc>
          <w:tcPr>
            <w:tcW w:w="1701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7A95BE0B" w14:textId="77777777" w:rsidR="00125EED" w:rsidRDefault="00125EED" w:rsidP="008129B5"/>
        </w:tc>
        <w:tc>
          <w:tcPr>
            <w:tcW w:w="1757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5DA89545" w14:textId="77777777" w:rsidR="00125EED" w:rsidRDefault="00125EED" w:rsidP="008129B5"/>
        </w:tc>
      </w:tr>
      <w:tr w:rsidR="00125EED" w14:paraId="214CDCF2" w14:textId="77777777" w:rsidTr="008129B5">
        <w:trPr>
          <w:jc w:val="center"/>
        </w:trPr>
        <w:tc>
          <w:tcPr>
            <w:tcW w:w="964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0F4AB53F" w14:textId="77777777" w:rsidR="00125EED" w:rsidRDefault="005728EF" w:rsidP="008129B5">
            <w:r>
              <w:rPr>
                <w:sz w:val="18"/>
              </w:rPr>
              <w:t>5</w:t>
            </w:r>
          </w:p>
        </w:tc>
        <w:tc>
          <w:tcPr>
            <w:tcW w:w="4762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4017FC71" w14:textId="77777777" w:rsidR="00125EED" w:rsidRDefault="00125EED" w:rsidP="008129B5"/>
        </w:tc>
        <w:tc>
          <w:tcPr>
            <w:tcW w:w="1701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733C4A9F" w14:textId="77777777" w:rsidR="00125EED" w:rsidRDefault="00125EED" w:rsidP="008129B5"/>
        </w:tc>
        <w:tc>
          <w:tcPr>
            <w:tcW w:w="1757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6B07B237" w14:textId="77777777" w:rsidR="00125EED" w:rsidRDefault="00125EED" w:rsidP="008129B5"/>
        </w:tc>
      </w:tr>
      <w:tr w:rsidR="00125EED" w14:paraId="05B90FEC" w14:textId="77777777" w:rsidTr="008129B5">
        <w:trPr>
          <w:jc w:val="center"/>
        </w:trPr>
        <w:tc>
          <w:tcPr>
            <w:tcW w:w="964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1CC4F839" w14:textId="77777777" w:rsidR="00125EED" w:rsidRDefault="005728EF" w:rsidP="008129B5">
            <w:r>
              <w:rPr>
                <w:sz w:val="18"/>
              </w:rPr>
              <w:t>6</w:t>
            </w:r>
          </w:p>
        </w:tc>
        <w:tc>
          <w:tcPr>
            <w:tcW w:w="4762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4B73610C" w14:textId="77777777" w:rsidR="00125EED" w:rsidRDefault="00125EED" w:rsidP="008129B5"/>
        </w:tc>
        <w:tc>
          <w:tcPr>
            <w:tcW w:w="1701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245EE7FF" w14:textId="77777777" w:rsidR="00125EED" w:rsidRDefault="00125EED" w:rsidP="008129B5"/>
        </w:tc>
        <w:tc>
          <w:tcPr>
            <w:tcW w:w="1757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67F6E4EC" w14:textId="77777777" w:rsidR="00125EED" w:rsidRDefault="00125EED" w:rsidP="008129B5"/>
        </w:tc>
      </w:tr>
      <w:tr w:rsidR="00125EED" w14:paraId="26468869" w14:textId="77777777" w:rsidTr="008129B5">
        <w:trPr>
          <w:jc w:val="center"/>
        </w:trPr>
        <w:tc>
          <w:tcPr>
            <w:tcW w:w="964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27A49093" w14:textId="77777777" w:rsidR="00125EED" w:rsidRDefault="005728EF" w:rsidP="008129B5">
            <w:r>
              <w:rPr>
                <w:sz w:val="18"/>
              </w:rPr>
              <w:t>7</w:t>
            </w:r>
          </w:p>
        </w:tc>
        <w:tc>
          <w:tcPr>
            <w:tcW w:w="4762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6F4B27F3" w14:textId="77777777" w:rsidR="00125EED" w:rsidRDefault="00125EED" w:rsidP="008129B5"/>
        </w:tc>
        <w:tc>
          <w:tcPr>
            <w:tcW w:w="1701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3148793C" w14:textId="77777777" w:rsidR="00125EED" w:rsidRDefault="00125EED" w:rsidP="008129B5"/>
        </w:tc>
        <w:tc>
          <w:tcPr>
            <w:tcW w:w="1757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445FB243" w14:textId="77777777" w:rsidR="00125EED" w:rsidRDefault="00125EED" w:rsidP="008129B5"/>
        </w:tc>
      </w:tr>
      <w:tr w:rsidR="00125EED" w14:paraId="27993DCC" w14:textId="77777777" w:rsidTr="008129B5">
        <w:trPr>
          <w:jc w:val="center"/>
        </w:trPr>
        <w:tc>
          <w:tcPr>
            <w:tcW w:w="964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7AEBF656" w14:textId="77777777" w:rsidR="00125EED" w:rsidRDefault="005728EF" w:rsidP="008129B5">
            <w:r>
              <w:rPr>
                <w:sz w:val="18"/>
              </w:rPr>
              <w:t>8</w:t>
            </w:r>
          </w:p>
        </w:tc>
        <w:tc>
          <w:tcPr>
            <w:tcW w:w="4762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49564B69" w14:textId="77777777" w:rsidR="00125EED" w:rsidRDefault="00125EED" w:rsidP="008129B5"/>
        </w:tc>
        <w:tc>
          <w:tcPr>
            <w:tcW w:w="1701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0E97D2E4" w14:textId="77777777" w:rsidR="00125EED" w:rsidRDefault="00125EED" w:rsidP="008129B5"/>
        </w:tc>
        <w:tc>
          <w:tcPr>
            <w:tcW w:w="1757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71821CD6" w14:textId="77777777" w:rsidR="00125EED" w:rsidRDefault="00125EED" w:rsidP="008129B5"/>
        </w:tc>
      </w:tr>
      <w:tr w:rsidR="00125EED" w14:paraId="1208579A" w14:textId="77777777" w:rsidTr="008129B5">
        <w:trPr>
          <w:jc w:val="center"/>
        </w:trPr>
        <w:tc>
          <w:tcPr>
            <w:tcW w:w="964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3CE47EEC" w14:textId="77777777" w:rsidR="00125EED" w:rsidRDefault="005728EF" w:rsidP="008129B5">
            <w:r>
              <w:rPr>
                <w:sz w:val="18"/>
              </w:rPr>
              <w:t>9</w:t>
            </w:r>
          </w:p>
        </w:tc>
        <w:tc>
          <w:tcPr>
            <w:tcW w:w="4762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24E5E5F9" w14:textId="77777777" w:rsidR="00125EED" w:rsidRDefault="00125EED" w:rsidP="008129B5"/>
        </w:tc>
        <w:tc>
          <w:tcPr>
            <w:tcW w:w="1701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22B44AD0" w14:textId="77777777" w:rsidR="00125EED" w:rsidRDefault="00125EED" w:rsidP="008129B5"/>
        </w:tc>
        <w:tc>
          <w:tcPr>
            <w:tcW w:w="1757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79A6E0BB" w14:textId="77777777" w:rsidR="00125EED" w:rsidRDefault="00125EED" w:rsidP="008129B5"/>
        </w:tc>
      </w:tr>
      <w:tr w:rsidR="00125EED" w14:paraId="32105AEE" w14:textId="77777777" w:rsidTr="008129B5">
        <w:trPr>
          <w:jc w:val="center"/>
        </w:trPr>
        <w:tc>
          <w:tcPr>
            <w:tcW w:w="964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6515778D" w14:textId="77777777" w:rsidR="00125EED" w:rsidRDefault="005728EF" w:rsidP="008129B5">
            <w:r>
              <w:rPr>
                <w:sz w:val="18"/>
              </w:rPr>
              <w:t>10</w:t>
            </w:r>
          </w:p>
        </w:tc>
        <w:tc>
          <w:tcPr>
            <w:tcW w:w="4762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03983671" w14:textId="77777777" w:rsidR="00125EED" w:rsidRDefault="00125EED" w:rsidP="008129B5"/>
        </w:tc>
        <w:tc>
          <w:tcPr>
            <w:tcW w:w="1701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016D34D8" w14:textId="77777777" w:rsidR="00125EED" w:rsidRDefault="00125EED" w:rsidP="008129B5"/>
        </w:tc>
        <w:tc>
          <w:tcPr>
            <w:tcW w:w="1757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5590E0E3" w14:textId="77777777" w:rsidR="00125EED" w:rsidRDefault="00125EED" w:rsidP="008129B5"/>
        </w:tc>
      </w:tr>
      <w:tr w:rsidR="00125EED" w14:paraId="49E378EF" w14:textId="77777777" w:rsidTr="008129B5">
        <w:trPr>
          <w:jc w:val="center"/>
        </w:trPr>
        <w:tc>
          <w:tcPr>
            <w:tcW w:w="964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387D2212" w14:textId="77777777" w:rsidR="00125EED" w:rsidRDefault="005728EF" w:rsidP="008129B5">
            <w:r>
              <w:rPr>
                <w:sz w:val="18"/>
              </w:rPr>
              <w:t>11</w:t>
            </w:r>
          </w:p>
        </w:tc>
        <w:tc>
          <w:tcPr>
            <w:tcW w:w="4762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3390DC90" w14:textId="77777777" w:rsidR="00125EED" w:rsidRDefault="00125EED" w:rsidP="008129B5"/>
        </w:tc>
        <w:tc>
          <w:tcPr>
            <w:tcW w:w="1701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576A59DA" w14:textId="77777777" w:rsidR="00125EED" w:rsidRDefault="00125EED" w:rsidP="008129B5"/>
        </w:tc>
        <w:tc>
          <w:tcPr>
            <w:tcW w:w="1757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2605DC5C" w14:textId="77777777" w:rsidR="00125EED" w:rsidRDefault="00125EED" w:rsidP="008129B5"/>
        </w:tc>
      </w:tr>
      <w:tr w:rsidR="00125EED" w14:paraId="7DBCE7FC" w14:textId="77777777" w:rsidTr="008129B5">
        <w:trPr>
          <w:jc w:val="center"/>
        </w:trPr>
        <w:tc>
          <w:tcPr>
            <w:tcW w:w="964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36A3358D" w14:textId="77777777" w:rsidR="00125EED" w:rsidRDefault="005728EF" w:rsidP="008129B5">
            <w:r>
              <w:rPr>
                <w:sz w:val="18"/>
              </w:rPr>
              <w:t>12</w:t>
            </w:r>
          </w:p>
        </w:tc>
        <w:tc>
          <w:tcPr>
            <w:tcW w:w="4762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2E4A3C10" w14:textId="77777777" w:rsidR="00125EED" w:rsidRDefault="00125EED" w:rsidP="008129B5"/>
        </w:tc>
        <w:tc>
          <w:tcPr>
            <w:tcW w:w="1701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70EF037B" w14:textId="77777777" w:rsidR="00125EED" w:rsidRDefault="00125EED" w:rsidP="008129B5"/>
        </w:tc>
        <w:tc>
          <w:tcPr>
            <w:tcW w:w="1757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1C658570" w14:textId="77777777" w:rsidR="00125EED" w:rsidRDefault="00125EED" w:rsidP="008129B5"/>
        </w:tc>
      </w:tr>
      <w:tr w:rsidR="00125EED" w14:paraId="475E4D78" w14:textId="77777777" w:rsidTr="008129B5">
        <w:trPr>
          <w:jc w:val="center"/>
        </w:trPr>
        <w:tc>
          <w:tcPr>
            <w:tcW w:w="964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531CA7A1" w14:textId="77777777" w:rsidR="00125EED" w:rsidRDefault="005728EF" w:rsidP="008129B5">
            <w:r>
              <w:rPr>
                <w:sz w:val="18"/>
              </w:rPr>
              <w:t>13</w:t>
            </w:r>
          </w:p>
        </w:tc>
        <w:tc>
          <w:tcPr>
            <w:tcW w:w="4762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0D57B9B6" w14:textId="77777777" w:rsidR="00125EED" w:rsidRDefault="00125EED" w:rsidP="008129B5"/>
        </w:tc>
        <w:tc>
          <w:tcPr>
            <w:tcW w:w="1701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797C3602" w14:textId="77777777" w:rsidR="00125EED" w:rsidRDefault="00125EED" w:rsidP="008129B5"/>
        </w:tc>
        <w:tc>
          <w:tcPr>
            <w:tcW w:w="1757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2D30E217" w14:textId="77777777" w:rsidR="00125EED" w:rsidRDefault="00125EED" w:rsidP="008129B5"/>
        </w:tc>
      </w:tr>
      <w:tr w:rsidR="00125EED" w14:paraId="16F70A2C" w14:textId="77777777" w:rsidTr="008129B5">
        <w:trPr>
          <w:jc w:val="center"/>
        </w:trPr>
        <w:tc>
          <w:tcPr>
            <w:tcW w:w="964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07CEC884" w14:textId="77777777" w:rsidR="00125EED" w:rsidRDefault="005728EF" w:rsidP="008129B5">
            <w:r>
              <w:rPr>
                <w:sz w:val="18"/>
              </w:rPr>
              <w:t>14</w:t>
            </w:r>
          </w:p>
        </w:tc>
        <w:tc>
          <w:tcPr>
            <w:tcW w:w="4762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22EF3437" w14:textId="77777777" w:rsidR="00125EED" w:rsidRDefault="00125EED" w:rsidP="008129B5"/>
        </w:tc>
        <w:tc>
          <w:tcPr>
            <w:tcW w:w="1701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4DB2E7AA" w14:textId="77777777" w:rsidR="00125EED" w:rsidRDefault="00125EED" w:rsidP="008129B5"/>
        </w:tc>
        <w:tc>
          <w:tcPr>
            <w:tcW w:w="1757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636E3BBF" w14:textId="77777777" w:rsidR="00125EED" w:rsidRDefault="00125EED" w:rsidP="008129B5"/>
        </w:tc>
      </w:tr>
      <w:tr w:rsidR="00125EED" w14:paraId="20DBEF52" w14:textId="77777777" w:rsidTr="008129B5">
        <w:trPr>
          <w:jc w:val="center"/>
        </w:trPr>
        <w:tc>
          <w:tcPr>
            <w:tcW w:w="964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1E4DF029" w14:textId="77777777" w:rsidR="00125EED" w:rsidRDefault="005728EF" w:rsidP="008129B5">
            <w:r>
              <w:rPr>
                <w:sz w:val="18"/>
              </w:rPr>
              <w:t>15</w:t>
            </w:r>
          </w:p>
        </w:tc>
        <w:tc>
          <w:tcPr>
            <w:tcW w:w="4762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2F0314E2" w14:textId="77777777" w:rsidR="00125EED" w:rsidRDefault="00125EED" w:rsidP="008129B5"/>
        </w:tc>
        <w:tc>
          <w:tcPr>
            <w:tcW w:w="1701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24450097" w14:textId="77777777" w:rsidR="00125EED" w:rsidRDefault="00125EED" w:rsidP="008129B5"/>
        </w:tc>
        <w:tc>
          <w:tcPr>
            <w:tcW w:w="1757" w:type="dxa"/>
            <w:tcMar>
              <w:top w:w="115" w:type="dxa"/>
              <w:left w:w="90" w:type="dxa"/>
              <w:bottom w:w="115" w:type="dxa"/>
              <w:right w:w="90" w:type="dxa"/>
            </w:tcMar>
            <w:vAlign w:val="center"/>
          </w:tcPr>
          <w:p w14:paraId="06345635" w14:textId="77777777" w:rsidR="00125EED" w:rsidRDefault="00125EED" w:rsidP="008129B5"/>
        </w:tc>
      </w:tr>
    </w:tbl>
    <w:p w14:paraId="3078DBE1" w14:textId="77777777" w:rsidR="00125EED" w:rsidRDefault="005728EF" w:rsidP="008129B5">
      <w:pPr>
        <w:rPr>
          <w:sz w:val="19"/>
        </w:rPr>
      </w:pPr>
      <w:proofErr w:type="spellStart"/>
      <w:r>
        <w:rPr>
          <w:sz w:val="19"/>
        </w:rPr>
        <w:t>Vyplnění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přílohy</w:t>
      </w:r>
      <w:proofErr w:type="spellEnd"/>
      <w:r>
        <w:rPr>
          <w:sz w:val="19"/>
        </w:rPr>
        <w:br/>
      </w:r>
      <w:proofErr w:type="spellStart"/>
      <w:r>
        <w:rPr>
          <w:sz w:val="19"/>
        </w:rPr>
        <w:t>Uveďte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všechny</w:t>
      </w:r>
      <w:proofErr w:type="spellEnd"/>
      <w:r>
        <w:rPr>
          <w:sz w:val="19"/>
        </w:rPr>
        <w:t xml:space="preserve"> kandidáty, nikoli pouze původního a nového kandidáta. Žádný kandidát nesmí být uveden duplicitně. </w:t>
      </w:r>
      <w:proofErr w:type="spellStart"/>
      <w:r>
        <w:rPr>
          <w:sz w:val="19"/>
        </w:rPr>
        <w:t>Nevyužité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řádky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proškrtněte</w:t>
      </w:r>
      <w:proofErr w:type="spellEnd"/>
      <w:r>
        <w:rPr>
          <w:sz w:val="19"/>
        </w:rPr>
        <w:t>.</w:t>
      </w:r>
    </w:p>
    <w:p w14:paraId="46D904CA" w14:textId="77777777" w:rsidR="008129B5" w:rsidRDefault="008129B5" w:rsidP="008129B5">
      <w:pPr>
        <w:rPr>
          <w:sz w:val="19"/>
        </w:rPr>
      </w:pPr>
    </w:p>
    <w:p w14:paraId="544637F2" w14:textId="6AE14A2A" w:rsidR="008129B5" w:rsidRDefault="008129B5" w:rsidP="008129B5">
      <w:proofErr w:type="spellStart"/>
      <w:r>
        <w:t>Prohlašuji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tento</w:t>
      </w:r>
      <w:proofErr w:type="spellEnd"/>
      <w:r>
        <w:t xml:space="preserve"> </w:t>
      </w:r>
      <w:proofErr w:type="spellStart"/>
      <w:r>
        <w:t>přehled</w:t>
      </w:r>
      <w:proofErr w:type="spellEnd"/>
      <w:r>
        <w:t xml:space="preserve"> </w:t>
      </w:r>
      <w:proofErr w:type="spellStart"/>
      <w:r>
        <w:t>obsahuje</w:t>
      </w:r>
      <w:proofErr w:type="spellEnd"/>
      <w:r>
        <w:t xml:space="preserve"> </w:t>
      </w:r>
      <w:proofErr w:type="spellStart"/>
      <w:r>
        <w:t>úplné</w:t>
      </w:r>
      <w:proofErr w:type="spellEnd"/>
      <w:r>
        <w:t xml:space="preserve"> a </w:t>
      </w:r>
      <w:proofErr w:type="spellStart"/>
      <w:r>
        <w:t>konečné</w:t>
      </w:r>
      <w:proofErr w:type="spellEnd"/>
      <w:r>
        <w:t xml:space="preserve"> </w:t>
      </w:r>
      <w:proofErr w:type="spellStart"/>
      <w:r>
        <w:t>pořadí</w:t>
      </w:r>
      <w:proofErr w:type="spellEnd"/>
      <w:r>
        <w:t xml:space="preserve"> </w:t>
      </w:r>
      <w:proofErr w:type="spellStart"/>
      <w:r>
        <w:t>všech</w:t>
      </w:r>
      <w:proofErr w:type="spellEnd"/>
      <w:r>
        <w:t xml:space="preserve"> </w:t>
      </w:r>
      <w:proofErr w:type="spellStart"/>
      <w:r>
        <w:t>kandidátů</w:t>
      </w:r>
      <w:proofErr w:type="spellEnd"/>
      <w:r>
        <w:t xml:space="preserve"> </w:t>
      </w:r>
      <w:proofErr w:type="spellStart"/>
      <w:r>
        <w:t>volební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po </w:t>
      </w:r>
      <w:proofErr w:type="spellStart"/>
      <w:r>
        <w:t>provedené</w:t>
      </w:r>
      <w:proofErr w:type="spellEnd"/>
      <w:r>
        <w:t xml:space="preserve"> </w:t>
      </w:r>
      <w:proofErr w:type="spellStart"/>
      <w:r>
        <w:t>změně</w:t>
      </w:r>
      <w:proofErr w:type="spellEnd"/>
      <w:r>
        <w:t>.</w:t>
      </w:r>
    </w:p>
    <w:p w14:paraId="24DD1336" w14:textId="27C485D9" w:rsidR="008129B5" w:rsidRDefault="008129B5" w:rsidP="008129B5">
      <w:r>
        <w:t xml:space="preserve">V </w:t>
      </w:r>
      <w:r>
        <w:t>……………</w:t>
      </w:r>
      <w:proofErr w:type="gramStart"/>
      <w:r>
        <w:t>…..</w:t>
      </w:r>
      <w:proofErr w:type="gramEnd"/>
      <w:r>
        <w:t xml:space="preserve">] </w:t>
      </w:r>
      <w:proofErr w:type="spellStart"/>
      <w:r>
        <w:t>dne</w:t>
      </w:r>
      <w:proofErr w:type="spellEnd"/>
      <w:r>
        <w:t xml:space="preserve"> </w:t>
      </w:r>
      <w:r>
        <w:t>………………….</w:t>
      </w:r>
    </w:p>
    <w:p w14:paraId="11B6CABB" w14:textId="77777777" w:rsidR="008129B5" w:rsidRDefault="008129B5" w:rsidP="008129B5">
      <w:pPr>
        <w:rPr>
          <w:sz w:val="20"/>
        </w:rPr>
      </w:pPr>
    </w:p>
    <w:p w14:paraId="27981E55" w14:textId="3339FB66" w:rsidR="00125EED" w:rsidRDefault="008129B5" w:rsidP="008129B5">
      <w:proofErr w:type="spellStart"/>
      <w:r>
        <w:rPr>
          <w:sz w:val="20"/>
        </w:rPr>
        <w:t>Jméno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příjmení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zmocněnce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volebné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strany</w:t>
      </w:r>
      <w:proofErr w:type="spellEnd"/>
      <w:r>
        <w:rPr>
          <w:sz w:val="20"/>
        </w:rPr>
        <w:t>/</w:t>
      </w:r>
      <w:proofErr w:type="spellStart"/>
      <w:proofErr w:type="gramStart"/>
      <w:r>
        <w:rPr>
          <w:sz w:val="20"/>
        </w:rPr>
        <w:t>podpis</w:t>
      </w:r>
      <w:proofErr w:type="spellEnd"/>
      <w:r>
        <w:rPr>
          <w:sz w:val="20"/>
        </w:rPr>
        <w:t xml:space="preserve">  …</w:t>
      </w:r>
      <w:proofErr w:type="gramEnd"/>
      <w:r>
        <w:rPr>
          <w:sz w:val="20"/>
        </w:rPr>
        <w:t>………………………………………………</w:t>
      </w:r>
      <w:proofErr w:type="gramStart"/>
      <w:r>
        <w:rPr>
          <w:sz w:val="20"/>
        </w:rPr>
        <w:t>…..</w:t>
      </w:r>
      <w:proofErr w:type="gramEnd"/>
    </w:p>
    <w:sectPr w:rsidR="00125EED" w:rsidSect="00034616">
      <w:pgSz w:w="11906" w:h="16838"/>
      <w:pgMar w:top="964" w:right="1134" w:bottom="964" w:left="124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0314394">
    <w:abstractNumId w:val="8"/>
  </w:num>
  <w:num w:numId="2" w16cid:durableId="486018982">
    <w:abstractNumId w:val="6"/>
  </w:num>
  <w:num w:numId="3" w16cid:durableId="2087606442">
    <w:abstractNumId w:val="5"/>
  </w:num>
  <w:num w:numId="4" w16cid:durableId="963117786">
    <w:abstractNumId w:val="4"/>
  </w:num>
  <w:num w:numId="5" w16cid:durableId="1625454905">
    <w:abstractNumId w:val="7"/>
  </w:num>
  <w:num w:numId="6" w16cid:durableId="341707519">
    <w:abstractNumId w:val="3"/>
  </w:num>
  <w:num w:numId="7" w16cid:durableId="45109549">
    <w:abstractNumId w:val="2"/>
  </w:num>
  <w:num w:numId="8" w16cid:durableId="1464497726">
    <w:abstractNumId w:val="1"/>
  </w:num>
  <w:num w:numId="9" w16cid:durableId="16254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5EED"/>
    <w:rsid w:val="0015074B"/>
    <w:rsid w:val="0029639D"/>
    <w:rsid w:val="00326F90"/>
    <w:rsid w:val="005728EF"/>
    <w:rsid w:val="008129B5"/>
    <w:rsid w:val="00AA1D8D"/>
    <w:rsid w:val="00B47730"/>
    <w:rsid w:val="00CB0664"/>
    <w:rsid w:val="00DA588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B45BDD"/>
  <w14:defaultImageDpi w14:val="300"/>
  <w15:docId w15:val="{F14E65E1-3360-4A2E-BD7D-6BC1A6E5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60" w:line="259" w:lineRule="auto"/>
    </w:pPr>
    <w:rPr>
      <w:rFonts w:ascii="Liberation Sans" w:eastAsia="Liberation Sans" w:hAnsi="Liberation Sans"/>
      <w:color w:val="1F1F1F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keepNext/>
      <w:pBdr>
        <w:bottom w:val="single" w:sz="8" w:space="4" w:color="4F81BD" w:themeColor="accent1"/>
      </w:pBdr>
      <w:spacing w:before="160" w:after="16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 label"/>
    <w:pPr>
      <w:keepNext/>
      <w:spacing w:before="60" w:after="0"/>
    </w:pPr>
    <w:rPr>
      <w:rFonts w:ascii="Liberation Sans" w:eastAsia="Liberation Sans" w:hAnsi="Liberation Sans"/>
      <w:b/>
      <w:color w:val="55555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481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o doplnění nového kandidáta</dc:title>
  <dc:subject>Volby do zastupitelstev obcí 2026</dc:subject>
  <dc:creator>Městský úřad Kašperské Hory</dc:creator>
  <cp:keywords>volby, registrační úřad, kandidátní listina, náhrada kandidáta</cp:keywords>
  <dc:description>generated by python-docx</dc:description>
  <cp:lastModifiedBy>Andrea Staňková</cp:lastModifiedBy>
  <cp:revision>2</cp:revision>
  <dcterms:created xsi:type="dcterms:W3CDTF">2026-08-05T06:49:00Z</dcterms:created>
  <dcterms:modified xsi:type="dcterms:W3CDTF">2026-08-05T06:49:00Z</dcterms:modified>
  <cp:category/>
</cp:coreProperties>
</file>